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01D532" w14:textId="77777777" w:rsidR="00E218CD" w:rsidRDefault="00000000">
      <w:pPr>
        <w:pStyle w:val="DCBrand"/>
        <w:spacing w:before="320" w:after="640"/>
      </w:pPr>
      <w:r>
        <w:t>문서 편집 양식</w:t>
      </w:r>
    </w:p>
    <w:p w14:paraId="0B5CADEB" w14:textId="77777777" w:rsidR="00E218CD" w:rsidRDefault="00000000">
      <w:pPr>
        <w:pStyle w:val="a6"/>
      </w:pPr>
      <w:sdt>
        <w:sdtPr>
          <w:alias w:val="문서 제목"/>
          <w:tag w:val="문서 제목"/>
          <w:id w:val="1011"/>
          <w:text/>
        </w:sdtPr>
        <w:sdtContent>
          <w:r>
            <w:t>[사업명 또는 문서 제목]</w:t>
          </w:r>
        </w:sdtContent>
      </w:sdt>
    </w:p>
    <w:p w14:paraId="7D88C02C" w14:textId="77777777" w:rsidR="00E218CD" w:rsidRDefault="00000000">
      <w:sdt>
        <w:sdtPr>
          <w:alias w:val="문서 목적"/>
          <w:tag w:val="문서 목적"/>
          <w:id w:val="1012"/>
          <w:text/>
        </w:sdtPr>
        <w:sdtContent>
          <w:r>
            <w:t>[독자가 결정하거나 확인할 사항을 한 문장으로 작성]</w:t>
          </w:r>
        </w:sdtContent>
      </w:sdt>
    </w:p>
    <w:p w14:paraId="024153D8" w14:textId="77777777" w:rsidR="00E218CD" w:rsidRDefault="00000000">
      <w:pPr>
        <w:pStyle w:val="DCKicker"/>
        <w:spacing w:before="400" w:after="200"/>
      </w:pPr>
      <w:r>
        <w:t>문서 정보 편집 영역</w:t>
      </w:r>
    </w:p>
    <w:p w14:paraId="1F3A42B0" w14:textId="77777777" w:rsidR="00E218CD" w:rsidRDefault="00000000">
      <w:pPr>
        <w:pStyle w:val="DCMetadata"/>
      </w:pPr>
      <w:r>
        <w:t xml:space="preserve">수신  </w:t>
      </w:r>
      <w:sdt>
        <w:sdtPr>
          <w:alias w:val="수신처"/>
          <w:tag w:val="수신처"/>
          <w:id w:val="1013"/>
          <w:text/>
        </w:sdtPr>
        <w:sdtContent>
          <w:r>
            <w:t>[수신 기관 또는 독자]</w:t>
          </w:r>
        </w:sdtContent>
      </w:sdt>
    </w:p>
    <w:p w14:paraId="191D1CC7" w14:textId="77777777" w:rsidR="00E218CD" w:rsidRDefault="00000000">
      <w:pPr>
        <w:pStyle w:val="DCMetadata"/>
      </w:pPr>
      <w:r>
        <w:t xml:space="preserve">문서번호  </w:t>
      </w:r>
      <w:sdt>
        <w:sdtPr>
          <w:alias w:val="문서번호"/>
          <w:tag w:val="문서번호"/>
          <w:id w:val="1014"/>
          <w:text/>
        </w:sdtPr>
        <w:sdtContent>
          <w:r>
            <w:t>[문서번호]</w:t>
          </w:r>
        </w:sdtContent>
      </w:sdt>
    </w:p>
    <w:p w14:paraId="0CE5C9AD" w14:textId="77777777" w:rsidR="00E218CD" w:rsidRDefault="00000000">
      <w:pPr>
        <w:pStyle w:val="DCMetadata"/>
      </w:pPr>
      <w:r>
        <w:t xml:space="preserve">작성일  </w:t>
      </w:r>
      <w:sdt>
        <w:sdtPr>
          <w:alias w:val="작성일"/>
          <w:tag w:val="작성일"/>
          <w:id w:val="1015"/>
          <w:text/>
        </w:sdtPr>
        <w:sdtContent>
          <w:r>
            <w:t>[연월일]</w:t>
          </w:r>
        </w:sdtContent>
      </w:sdt>
    </w:p>
    <w:p w14:paraId="66769AFB" w14:textId="77777777" w:rsidR="00E218CD" w:rsidRDefault="00000000">
      <w:pPr>
        <w:pStyle w:val="DCMetadata"/>
      </w:pPr>
      <w:r>
        <w:t xml:space="preserve">버전  </w:t>
      </w:r>
      <w:sdt>
        <w:sdtPr>
          <w:alias w:val="문서 버전"/>
          <w:tag w:val="문서 버전"/>
          <w:id w:val="1016"/>
          <w:text/>
        </w:sdtPr>
        <w:sdtContent>
          <w:r>
            <w:t>[버전]</w:t>
          </w:r>
        </w:sdtContent>
      </w:sdt>
    </w:p>
    <w:p w14:paraId="6F2484AB" w14:textId="77777777" w:rsidR="00E218CD" w:rsidRDefault="00000000">
      <w:pPr>
        <w:pStyle w:val="DCMetadata"/>
      </w:pPr>
      <w:r>
        <w:t xml:space="preserve">작성 역할  </w:t>
      </w:r>
      <w:sdt>
        <w:sdtPr>
          <w:alias w:val="작성 역할"/>
          <w:tag w:val="작성 역할"/>
          <w:id w:val="1017"/>
          <w:text/>
        </w:sdtPr>
        <w:sdtContent>
          <w:r>
            <w:t>[작성 담당 역할]</w:t>
          </w:r>
        </w:sdtContent>
      </w:sdt>
    </w:p>
    <w:p w14:paraId="67028D21" w14:textId="77777777" w:rsidR="00E218CD" w:rsidRDefault="00000000">
      <w:pPr>
        <w:pStyle w:val="DCKicker"/>
        <w:spacing w:before="400" w:after="160"/>
      </w:pPr>
      <w:r>
        <w:t>검토 메모 편집 후 삭제</w:t>
      </w:r>
    </w:p>
    <w:p w14:paraId="67ED1250" w14:textId="77777777" w:rsidR="00E218CD" w:rsidRDefault="00000000">
      <w:pPr>
        <w:pStyle w:val="DCSource"/>
        <w:spacing w:after="160"/>
      </w:pPr>
      <w:sdt>
        <w:sdtPr>
          <w:alias w:val="내부 검토 메모"/>
          <w:tag w:val="내부 검토 메모"/>
          <w:id w:val="1018"/>
          <w:text/>
        </w:sdtPr>
        <w:sdtContent>
          <w:r>
            <w:t>[내부 검토 메모를 입력하고 외부 배포 전에 이 제목과 메모 문단을 삭제]</w:t>
          </w:r>
        </w:sdtContent>
      </w:sdt>
    </w:p>
    <w:p w14:paraId="0CE4736A" w14:textId="77777777" w:rsidR="00E218CD" w:rsidRDefault="00000000">
      <w:pPr>
        <w:pStyle w:val="DCSource"/>
      </w:pPr>
      <w:r>
        <w:t>빈칸과 예시는 실제 사실로 바꾸고 근거를 대조한다. 필수 공고 서식에는 이 양식을 적용하지 않는다.</w:t>
      </w:r>
    </w:p>
    <w:p w14:paraId="332C4FA6" w14:textId="77777777" w:rsidR="00E218CD" w:rsidRDefault="00000000">
      <w:pPr>
        <w:spacing w:after="0"/>
      </w:pPr>
      <w:r>
        <w:br w:type="page"/>
      </w:r>
    </w:p>
    <w:p w14:paraId="45F8583D" w14:textId="77777777" w:rsidR="00E218CD" w:rsidRDefault="00000000">
      <w:pPr>
        <w:pStyle w:val="TOC"/>
        <w:spacing w:after="300"/>
      </w:pPr>
      <w:r>
        <w:lastRenderedPageBreak/>
        <w:t>목차</w:t>
      </w:r>
    </w:p>
    <w:p w14:paraId="635DFA31" w14:textId="77777777" w:rsidR="0009538C" w:rsidRDefault="00000000">
      <w:pPr>
        <w:pStyle w:val="13"/>
        <w:tabs>
          <w:tab w:val="right" w:leader="dot" w:pos="9628"/>
        </w:tabs>
        <w:rPr>
          <w:noProof/>
        </w:rPr>
      </w:pPr>
      <w:r>
        <w:fldChar w:fldCharType="begin"/>
      </w:r>
      <w:r>
        <w:instrText>TOC \o "1-3" \h \z \u</w:instrText>
      </w:r>
      <w:r>
        <w:fldChar w:fldCharType="separate"/>
      </w:r>
      <w:hyperlink w:anchor="_Toc243384392" w:history="1">
        <w:r w:rsidR="0009538C" w:rsidRPr="008656BA">
          <w:rPr>
            <w:rStyle w:val="aff1"/>
            <w:noProof/>
          </w:rPr>
          <w:t>1 문서 개요</w:t>
        </w:r>
        <w:r w:rsidR="0009538C">
          <w:rPr>
            <w:noProof/>
            <w:webHidden/>
          </w:rPr>
          <w:tab/>
        </w:r>
        <w:r w:rsidR="0009538C">
          <w:rPr>
            <w:noProof/>
            <w:webHidden/>
          </w:rPr>
          <w:fldChar w:fldCharType="begin"/>
        </w:r>
        <w:r w:rsidR="0009538C">
          <w:rPr>
            <w:noProof/>
            <w:webHidden/>
          </w:rPr>
          <w:instrText xml:space="preserve"> PAGEREF _Toc243384392 \h </w:instrText>
        </w:r>
        <w:r w:rsidR="0009538C">
          <w:rPr>
            <w:noProof/>
            <w:webHidden/>
          </w:rPr>
        </w:r>
        <w:r w:rsidR="0009538C">
          <w:rPr>
            <w:noProof/>
            <w:webHidden/>
          </w:rPr>
          <w:fldChar w:fldCharType="separate"/>
        </w:r>
        <w:r w:rsidR="0009538C">
          <w:rPr>
            <w:noProof/>
            <w:webHidden/>
          </w:rPr>
          <w:t>3</w:t>
        </w:r>
        <w:r w:rsidR="0009538C">
          <w:rPr>
            <w:noProof/>
            <w:webHidden/>
          </w:rPr>
          <w:fldChar w:fldCharType="end"/>
        </w:r>
      </w:hyperlink>
    </w:p>
    <w:p w14:paraId="2754286E" w14:textId="77777777" w:rsidR="0009538C" w:rsidRDefault="0009538C">
      <w:pPr>
        <w:pStyle w:val="28"/>
        <w:tabs>
          <w:tab w:val="right" w:leader="dot" w:pos="9628"/>
        </w:tabs>
        <w:ind w:left="600"/>
        <w:rPr>
          <w:noProof/>
        </w:rPr>
      </w:pPr>
      <w:hyperlink w:anchor="_Toc243384393" w:history="1">
        <w:r w:rsidRPr="008656BA">
          <w:rPr>
            <w:rStyle w:val="aff1"/>
            <w:noProof/>
          </w:rPr>
          <w:t>1.1 작성 목적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_Toc243384393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29FDCC0" w14:textId="77777777" w:rsidR="0009538C" w:rsidRDefault="0009538C">
      <w:pPr>
        <w:pStyle w:val="36"/>
        <w:tabs>
          <w:tab w:val="right" w:leader="dot" w:pos="9628"/>
        </w:tabs>
        <w:ind w:left="1200"/>
        <w:rPr>
          <w:noProof/>
        </w:rPr>
      </w:pPr>
      <w:hyperlink w:anchor="_Toc243384394" w:history="1">
        <w:r w:rsidRPr="008656BA">
          <w:rPr>
            <w:rStyle w:val="aff1"/>
            <w:noProof/>
          </w:rPr>
          <w:t>1.1.1 근거 확인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_Toc243384394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9E494F5" w14:textId="77777777" w:rsidR="0009538C" w:rsidRDefault="0009538C">
      <w:pPr>
        <w:pStyle w:val="28"/>
        <w:tabs>
          <w:tab w:val="right" w:leader="dot" w:pos="9628"/>
        </w:tabs>
        <w:ind w:left="600"/>
        <w:rPr>
          <w:noProof/>
        </w:rPr>
      </w:pPr>
      <w:hyperlink w:anchor="_Toc243384395" w:history="1">
        <w:r w:rsidRPr="008656BA">
          <w:rPr>
            <w:rStyle w:val="aff1"/>
            <w:noProof/>
          </w:rPr>
          <w:t>1.2 적용 범위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_Toc243384395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133415D" w14:textId="77777777" w:rsidR="0009538C" w:rsidRDefault="0009538C">
      <w:pPr>
        <w:pStyle w:val="13"/>
        <w:tabs>
          <w:tab w:val="right" w:leader="dot" w:pos="9628"/>
        </w:tabs>
        <w:rPr>
          <w:noProof/>
        </w:rPr>
      </w:pPr>
      <w:hyperlink w:anchor="_Toc243384396" w:history="1">
        <w:r w:rsidRPr="008656BA">
          <w:rPr>
            <w:rStyle w:val="aff1"/>
            <w:noProof/>
          </w:rPr>
          <w:t>2 수행 계획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_Toc243384396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65F55C3" w14:textId="77777777" w:rsidR="0009538C" w:rsidRDefault="0009538C">
      <w:pPr>
        <w:pStyle w:val="28"/>
        <w:tabs>
          <w:tab w:val="right" w:leader="dot" w:pos="9628"/>
        </w:tabs>
        <w:ind w:left="600"/>
        <w:rPr>
          <w:noProof/>
        </w:rPr>
      </w:pPr>
      <w:hyperlink w:anchor="_Toc243384397" w:history="1">
        <w:r w:rsidRPr="008656BA">
          <w:rPr>
            <w:rStyle w:val="aff1"/>
            <w:noProof/>
          </w:rPr>
          <w:t>2.1 절차와 검수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_Toc243384397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26A16E4" w14:textId="77777777" w:rsidR="0009538C" w:rsidRDefault="0009538C">
      <w:pPr>
        <w:pStyle w:val="36"/>
        <w:tabs>
          <w:tab w:val="right" w:leader="dot" w:pos="9628"/>
        </w:tabs>
        <w:ind w:left="1200"/>
        <w:rPr>
          <w:noProof/>
        </w:rPr>
      </w:pPr>
      <w:hyperlink w:anchor="_Toc243384398" w:history="1">
        <w:r w:rsidRPr="008656BA">
          <w:rPr>
            <w:rStyle w:val="aff1"/>
            <w:noProof/>
          </w:rPr>
          <w:t>2.1.1 확인 자료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_Toc243384398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AFD2F19" w14:textId="77777777" w:rsidR="0009538C" w:rsidRDefault="0009538C">
      <w:pPr>
        <w:pStyle w:val="13"/>
        <w:tabs>
          <w:tab w:val="right" w:leader="dot" w:pos="9628"/>
        </w:tabs>
        <w:rPr>
          <w:noProof/>
        </w:rPr>
      </w:pPr>
      <w:hyperlink w:anchor="_Toc243384399" w:history="1">
        <w:r w:rsidRPr="008656BA">
          <w:rPr>
            <w:rStyle w:val="aff1"/>
            <w:noProof/>
          </w:rPr>
          <w:t>3 화면과 자료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_Toc243384399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E04BF1B" w14:textId="77777777" w:rsidR="0009538C" w:rsidRDefault="0009538C">
      <w:pPr>
        <w:pStyle w:val="28"/>
        <w:tabs>
          <w:tab w:val="right" w:leader="dot" w:pos="9628"/>
        </w:tabs>
        <w:ind w:left="600"/>
        <w:rPr>
          <w:noProof/>
        </w:rPr>
      </w:pPr>
      <w:hyperlink w:anchor="_Toc243384400" w:history="1">
        <w:r w:rsidRPr="008656BA">
          <w:rPr>
            <w:rStyle w:val="aff1"/>
            <w:noProof/>
          </w:rPr>
          <w:t>3.1 화면 배치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_Toc243384400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7242D5F" w14:textId="77777777" w:rsidR="0009538C" w:rsidRDefault="0009538C">
      <w:pPr>
        <w:pStyle w:val="13"/>
        <w:tabs>
          <w:tab w:val="right" w:leader="dot" w:pos="9628"/>
        </w:tabs>
        <w:rPr>
          <w:noProof/>
        </w:rPr>
      </w:pPr>
      <w:hyperlink w:anchor="_Toc243384401" w:history="1">
        <w:r w:rsidRPr="008656BA">
          <w:rPr>
            <w:rStyle w:val="aff1"/>
            <w:noProof/>
          </w:rPr>
          <w:t>4 일정과 검수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_Toc243384401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1ED890C" w14:textId="77777777" w:rsidR="0009538C" w:rsidRDefault="0009538C">
      <w:pPr>
        <w:pStyle w:val="28"/>
        <w:tabs>
          <w:tab w:val="right" w:leader="dot" w:pos="9628"/>
        </w:tabs>
        <w:ind w:left="600"/>
        <w:rPr>
          <w:noProof/>
        </w:rPr>
      </w:pPr>
      <w:hyperlink w:anchor="_Toc243384402" w:history="1">
        <w:r w:rsidRPr="008656BA">
          <w:rPr>
            <w:rStyle w:val="aff1"/>
            <w:noProof/>
          </w:rPr>
          <w:t>4.1 세부 관리표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_Toc243384402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0AF9502" w14:textId="77777777" w:rsidR="0009538C" w:rsidRDefault="0009538C">
      <w:pPr>
        <w:pStyle w:val="13"/>
        <w:tabs>
          <w:tab w:val="right" w:leader="dot" w:pos="9628"/>
        </w:tabs>
        <w:rPr>
          <w:noProof/>
        </w:rPr>
      </w:pPr>
      <w:hyperlink w:anchor="_Toc243384403" w:history="1">
        <w:r w:rsidRPr="008656BA">
          <w:rPr>
            <w:rStyle w:val="aff1"/>
            <w:noProof/>
          </w:rPr>
          <w:t>부록 작성 기록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_Toc243384403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2AF44D1D" w14:textId="77777777" w:rsidR="00E218CD" w:rsidRDefault="00000000">
      <w:pPr>
        <w:pStyle w:val="110"/>
      </w:pPr>
      <w:r>
        <w:fldChar w:fldCharType="end"/>
      </w:r>
    </w:p>
    <w:p w14:paraId="793F0DC6" w14:textId="77777777" w:rsidR="00E218CD" w:rsidRDefault="00000000">
      <w:pPr>
        <w:spacing w:after="0"/>
      </w:pPr>
      <w:r>
        <w:br w:type="page"/>
      </w:r>
    </w:p>
    <w:p w14:paraId="030066A2" w14:textId="77777777" w:rsidR="00E218CD" w:rsidRDefault="00000000">
      <w:pPr>
        <w:pStyle w:val="1"/>
      </w:pPr>
      <w:bookmarkStart w:id="0" w:name="_Toc243384392"/>
      <w:r>
        <w:lastRenderedPageBreak/>
        <w:t>문서 개요</w:t>
      </w:r>
      <w:bookmarkEnd w:id="0"/>
    </w:p>
    <w:p w14:paraId="416E1883" w14:textId="77777777" w:rsidR="00E218CD" w:rsidRDefault="00000000">
      <w:pPr>
        <w:pStyle w:val="2"/>
      </w:pPr>
      <w:bookmarkStart w:id="1" w:name="_Toc243384393"/>
      <w:r>
        <w:t>작성 목적</w:t>
      </w:r>
      <w:bookmarkEnd w:id="1"/>
    </w:p>
    <w:p w14:paraId="37AF3442" w14:textId="77777777" w:rsidR="00E218CD" w:rsidRDefault="00000000">
      <w:pPr>
        <w:spacing w:after="120"/>
      </w:pPr>
      <w:sdt>
        <w:sdtPr>
          <w:alias w:val="작성 목적 본문"/>
          <w:tag w:val="작성 목적 본문"/>
          <w:id w:val="1019"/>
          <w:text/>
        </w:sdtPr>
        <w:sdtContent>
          <w:r>
            <w:t>[문서의 결론과 독자가 확인할 사항을 먼저 적는다. 확정된 사실과 제안 및 미확정 사항을 구분한다.]</w:t>
          </w:r>
        </w:sdtContent>
      </w:sdt>
    </w:p>
    <w:p w14:paraId="57748A36" w14:textId="77777777" w:rsidR="00E218CD" w:rsidRDefault="00000000">
      <w:pPr>
        <w:pStyle w:val="3"/>
      </w:pPr>
      <w:bookmarkStart w:id="2" w:name="_Toc243384394"/>
      <w:r>
        <w:t>근거 확인</w:t>
      </w:r>
      <w:bookmarkEnd w:id="2"/>
    </w:p>
    <w:p w14:paraId="2CE72956" w14:textId="77777777" w:rsidR="00E218CD" w:rsidRDefault="00000000">
      <w:r>
        <w:t>[근거 자료의 제목과 발행 주체 및 기준일을 입력]</w:t>
      </w:r>
    </w:p>
    <w:p w14:paraId="3B299B6A" w14:textId="77777777" w:rsidR="00E218CD" w:rsidRDefault="00000000">
      <w:pPr>
        <w:pStyle w:val="2"/>
      </w:pPr>
      <w:bookmarkStart w:id="3" w:name="_Toc243384395"/>
      <w:r>
        <w:t>적용 범위</w:t>
      </w:r>
      <w:bookmarkEnd w:id="3"/>
    </w:p>
    <w:p w14:paraId="463BFCD0" w14:textId="77777777" w:rsidR="00E218CD" w:rsidRDefault="00000000">
      <w:pPr>
        <w:spacing w:after="120"/>
      </w:pPr>
      <w:sdt>
        <w:sdtPr>
          <w:alias w:val="적용 범위 본문"/>
          <w:tag w:val="적용 범위 본문"/>
          <w:id w:val="1020"/>
          <w:text/>
        </w:sdtPr>
        <w:sdtContent>
          <w:r>
            <w:t>[대상 업무와 산출물 및 제외 범위를 적는다. 기존 데이터와 연계 시스템의 보존 조건을 확인한다.]</w:t>
          </w:r>
        </w:sdtContent>
      </w:sdt>
    </w:p>
    <w:p w14:paraId="065E8019" w14:textId="77777777" w:rsidR="00E218CD" w:rsidRDefault="00000000">
      <w:pPr>
        <w:pStyle w:val="DCSource"/>
      </w:pPr>
      <w:r>
        <w:t>본문은 Normal 스타일로 작성한다. 제목은 Heading 1부터 3까지 사용하며, 번호를 직접 입력하지 않는다.</w:t>
      </w:r>
    </w:p>
    <w:p w14:paraId="7264EBF6" w14:textId="77777777" w:rsidR="00E218CD" w:rsidRDefault="00000000">
      <w:pPr>
        <w:spacing w:after="0"/>
      </w:pPr>
      <w:r>
        <w:br w:type="page"/>
      </w:r>
    </w:p>
    <w:p w14:paraId="24BD3501" w14:textId="77777777" w:rsidR="00E218CD" w:rsidRDefault="00000000">
      <w:pPr>
        <w:pStyle w:val="1"/>
      </w:pPr>
      <w:bookmarkStart w:id="4" w:name="_Toc243384396"/>
      <w:r>
        <w:lastRenderedPageBreak/>
        <w:t>수행 계획</w:t>
      </w:r>
      <w:bookmarkEnd w:id="4"/>
    </w:p>
    <w:p w14:paraId="09A72BC7" w14:textId="77777777" w:rsidR="00E218CD" w:rsidRDefault="00000000">
      <w:pPr>
        <w:pStyle w:val="2"/>
      </w:pPr>
      <w:bookmarkStart w:id="5" w:name="_Toc243384397"/>
      <w:r>
        <w:t>절차와 검수</w:t>
      </w:r>
      <w:bookmarkEnd w:id="5"/>
    </w:p>
    <w:p w14:paraId="6D471E8C" w14:textId="77777777" w:rsidR="00E218CD" w:rsidRDefault="00000000">
      <w:r>
        <w:t>다음 표는 작성 예시이다. 작업별 완료 기준과 확인 자료를 정하고, 실제 일정과 담당자가 확정되면 교체한다.</w:t>
      </w:r>
    </w:p>
    <w:p w14:paraId="5C6BD5F9" w14:textId="77777777" w:rsidR="00E218CD" w:rsidRDefault="00000000">
      <w:pPr>
        <w:pStyle w:val="3"/>
      </w:pPr>
      <w:bookmarkStart w:id="6" w:name="_Toc243384398"/>
      <w:r>
        <w:t>확인 자료</w:t>
      </w:r>
      <w:bookmarkEnd w:id="6"/>
    </w:p>
    <w:p w14:paraId="2FFC87B3" w14:textId="77777777" w:rsidR="00E218CD" w:rsidRDefault="00000000">
      <w:pPr>
        <w:pStyle w:val="af0"/>
        <w:keepNext/>
      </w:pPr>
      <w:r>
        <w:t xml:space="preserve">표 </w:t>
      </w:r>
      <w:r>
        <w:fldChar w:fldCharType="begin"/>
      </w:r>
      <w:r>
        <w:instrText xml:space="preserve"> SEQ Table \* ARABIC </w:instrText>
      </w:r>
      <w:r>
        <w:fldChar w:fldCharType="separate"/>
      </w:r>
      <w:r w:rsidR="0009538C">
        <w:rPr>
          <w:noProof/>
        </w:rPr>
        <w:t>1</w:t>
      </w:r>
      <w:r>
        <w:fldChar w:fldCharType="end"/>
      </w:r>
      <w:r>
        <w:t xml:space="preserve">  작업과 확인 자료 작성 예시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644"/>
        <w:gridCol w:w="4932"/>
        <w:gridCol w:w="3061"/>
      </w:tblGrid>
      <w:tr w:rsidR="00E218CD" w14:paraId="5AE53A08" w14:textId="77777777">
        <w:trPr>
          <w:cantSplit/>
          <w:tblHeader/>
          <w:jc w:val="center"/>
        </w:trPr>
        <w:tc>
          <w:tcPr>
            <w:tcW w:w="1644" w:type="dxa"/>
            <w:shd w:val="clear" w:color="auto" w:fill="00000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EEBA7E" w14:textId="77777777" w:rsidR="00E218CD" w:rsidRDefault="00000000">
            <w:pPr>
              <w:pStyle w:val="DCTableHeader"/>
              <w:jc w:val="center"/>
            </w:pPr>
            <w:r>
              <w:rPr>
                <w:color w:val="FFFFFF"/>
              </w:rPr>
              <w:t>단계</w:t>
            </w:r>
          </w:p>
        </w:tc>
        <w:tc>
          <w:tcPr>
            <w:tcW w:w="4932" w:type="dxa"/>
            <w:shd w:val="clear" w:color="auto" w:fill="00000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752CCC" w14:textId="77777777" w:rsidR="00E218CD" w:rsidRDefault="00000000">
            <w:pPr>
              <w:pStyle w:val="DCTableHeader"/>
            </w:pPr>
            <w:r>
              <w:rPr>
                <w:color w:val="FFFFFF"/>
              </w:rPr>
              <w:t>확인 기준</w:t>
            </w:r>
          </w:p>
        </w:tc>
        <w:tc>
          <w:tcPr>
            <w:tcW w:w="3061" w:type="dxa"/>
            <w:shd w:val="clear" w:color="auto" w:fill="00000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444A5A" w14:textId="77777777" w:rsidR="00E218CD" w:rsidRDefault="00000000">
            <w:pPr>
              <w:pStyle w:val="DCTableHeader"/>
            </w:pPr>
            <w:r>
              <w:rPr>
                <w:color w:val="FFFFFF"/>
              </w:rPr>
              <w:t>기록 자료</w:t>
            </w:r>
          </w:p>
        </w:tc>
      </w:tr>
      <w:tr w:rsidR="00E218CD" w14:paraId="416768ED" w14:textId="77777777">
        <w:trPr>
          <w:cantSplit/>
          <w:jc w:val="center"/>
        </w:trPr>
        <w:tc>
          <w:tcPr>
            <w:tcW w:w="164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F02EDB" w14:textId="77777777" w:rsidR="00E218CD" w:rsidRDefault="00000000">
            <w:pPr>
              <w:pStyle w:val="DCTable"/>
              <w:jc w:val="center"/>
            </w:pPr>
            <w:r>
              <w:t>[단계명]</w:t>
            </w:r>
          </w:p>
        </w:tc>
        <w:tc>
          <w:tcPr>
            <w:tcW w:w="493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425B40" w14:textId="77777777" w:rsidR="00E218CD" w:rsidRDefault="00000000">
            <w:pPr>
              <w:pStyle w:val="DCTable"/>
            </w:pPr>
            <w:r>
              <w:t>[확인할 기준과 절차]</w:t>
            </w:r>
          </w:p>
        </w:tc>
        <w:tc>
          <w:tcPr>
            <w:tcW w:w="306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B3A254" w14:textId="77777777" w:rsidR="00E218CD" w:rsidRDefault="00000000">
            <w:pPr>
              <w:pStyle w:val="DCTable"/>
            </w:pPr>
            <w:r>
              <w:t>[기록 자료명]</w:t>
            </w:r>
          </w:p>
        </w:tc>
      </w:tr>
      <w:tr w:rsidR="00E218CD" w14:paraId="29162ED2" w14:textId="77777777">
        <w:trPr>
          <w:cantSplit/>
          <w:jc w:val="center"/>
        </w:trPr>
        <w:tc>
          <w:tcPr>
            <w:tcW w:w="1644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31220B" w14:textId="77777777" w:rsidR="00E218CD" w:rsidRDefault="00000000">
            <w:pPr>
              <w:pStyle w:val="DCTable"/>
              <w:jc w:val="center"/>
            </w:pPr>
            <w:r>
              <w:t>[단계명]</w:t>
            </w:r>
          </w:p>
        </w:tc>
        <w:tc>
          <w:tcPr>
            <w:tcW w:w="4932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F3C095" w14:textId="77777777" w:rsidR="00E218CD" w:rsidRDefault="00000000">
            <w:pPr>
              <w:pStyle w:val="DCTable"/>
            </w:pPr>
            <w:r>
              <w:t>[확인할 기준과 절차]</w:t>
            </w:r>
          </w:p>
        </w:tc>
        <w:tc>
          <w:tcPr>
            <w:tcW w:w="3061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300400" w14:textId="77777777" w:rsidR="00E218CD" w:rsidRDefault="00000000">
            <w:pPr>
              <w:pStyle w:val="DCTable"/>
            </w:pPr>
            <w:r>
              <w:t>[기록 자료명]</w:t>
            </w:r>
          </w:p>
        </w:tc>
      </w:tr>
      <w:tr w:rsidR="00E218CD" w14:paraId="3B1F1177" w14:textId="77777777">
        <w:trPr>
          <w:cantSplit/>
          <w:jc w:val="center"/>
        </w:trPr>
        <w:tc>
          <w:tcPr>
            <w:tcW w:w="164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0EF851" w14:textId="77777777" w:rsidR="00E218CD" w:rsidRDefault="00000000">
            <w:pPr>
              <w:pStyle w:val="DCTable"/>
              <w:jc w:val="center"/>
            </w:pPr>
            <w:r>
              <w:t>[단계명]</w:t>
            </w:r>
          </w:p>
        </w:tc>
        <w:tc>
          <w:tcPr>
            <w:tcW w:w="493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5926F4" w14:textId="77777777" w:rsidR="00E218CD" w:rsidRDefault="00000000">
            <w:pPr>
              <w:pStyle w:val="DCTable"/>
            </w:pPr>
            <w:r>
              <w:t>[확인할 기준과 절차]</w:t>
            </w:r>
          </w:p>
        </w:tc>
        <w:tc>
          <w:tcPr>
            <w:tcW w:w="306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3804DA" w14:textId="77777777" w:rsidR="00E218CD" w:rsidRDefault="00000000">
            <w:pPr>
              <w:pStyle w:val="DCTable"/>
            </w:pPr>
            <w:r>
              <w:t>[기록 자료명]</w:t>
            </w:r>
          </w:p>
        </w:tc>
      </w:tr>
      <w:tr w:rsidR="00E218CD" w14:paraId="3F325711" w14:textId="77777777">
        <w:trPr>
          <w:cantSplit/>
          <w:jc w:val="center"/>
        </w:trPr>
        <w:tc>
          <w:tcPr>
            <w:tcW w:w="1644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EDC418" w14:textId="77777777" w:rsidR="00E218CD" w:rsidRDefault="00000000">
            <w:pPr>
              <w:pStyle w:val="DCTable"/>
              <w:jc w:val="center"/>
            </w:pPr>
            <w:r>
              <w:t>[단계명]</w:t>
            </w:r>
          </w:p>
        </w:tc>
        <w:tc>
          <w:tcPr>
            <w:tcW w:w="4932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889999" w14:textId="77777777" w:rsidR="00E218CD" w:rsidRDefault="00000000">
            <w:pPr>
              <w:pStyle w:val="DCTable"/>
            </w:pPr>
            <w:r>
              <w:t>[확인할 기준과 절차]</w:t>
            </w:r>
          </w:p>
        </w:tc>
        <w:tc>
          <w:tcPr>
            <w:tcW w:w="3061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7943FE" w14:textId="77777777" w:rsidR="00E218CD" w:rsidRDefault="00000000">
            <w:pPr>
              <w:pStyle w:val="DCTable"/>
            </w:pPr>
            <w:r>
              <w:t>[기록 자료명]</w:t>
            </w:r>
          </w:p>
        </w:tc>
      </w:tr>
    </w:tbl>
    <w:p w14:paraId="09430151" w14:textId="77777777" w:rsidR="00E218CD" w:rsidRDefault="00000000">
      <w:pPr>
        <w:pStyle w:val="DCSource"/>
        <w:spacing w:before="240"/>
      </w:pPr>
      <w:r>
        <w:t>표 번호는 SEQ 필드이다. 행을 추가해도 머리행은 다음 쪽에 반복되며 각 행은 쪽 사이에서 나뉘지 않는다.</w:t>
      </w:r>
    </w:p>
    <w:p w14:paraId="6A96479B" w14:textId="77777777" w:rsidR="00E218CD" w:rsidRDefault="00000000">
      <w:pPr>
        <w:spacing w:after="0"/>
      </w:pPr>
      <w:r>
        <w:br w:type="page"/>
      </w:r>
    </w:p>
    <w:p w14:paraId="2245F494" w14:textId="77777777" w:rsidR="00E218CD" w:rsidRDefault="00000000">
      <w:pPr>
        <w:pStyle w:val="1"/>
      </w:pPr>
      <w:bookmarkStart w:id="7" w:name="_Toc243384399"/>
      <w:r>
        <w:lastRenderedPageBreak/>
        <w:t>화면과 자료</w:t>
      </w:r>
      <w:bookmarkEnd w:id="7"/>
    </w:p>
    <w:p w14:paraId="70C4A17D" w14:textId="77777777" w:rsidR="00E218CD" w:rsidRDefault="00000000">
      <w:pPr>
        <w:pStyle w:val="2"/>
      </w:pPr>
      <w:bookmarkStart w:id="8" w:name="_Toc243384400"/>
      <w:r>
        <w:t>화면 배치</w:t>
      </w:r>
      <w:bookmarkEnd w:id="8"/>
    </w:p>
    <w:p w14:paraId="42741C71" w14:textId="77777777" w:rsidR="00E218CD" w:rsidRDefault="00000000">
      <w:r>
        <w:t>아래 그림은 글과 이미지의 배치를 확인하기 위한 예시이다. 실제 구현 화면이나 성과를 뜻하지 않는다.</w:t>
      </w:r>
    </w:p>
    <w:p w14:paraId="7B73E168" w14:textId="77777777" w:rsidR="00E218CD" w:rsidRDefault="00000000">
      <w:pPr>
        <w:keepNext/>
        <w:spacing w:after="0"/>
      </w:pPr>
      <w:r>
        <w:rPr>
          <w:noProof/>
        </w:rPr>
        <w:drawing>
          <wp:inline distT="0" distB="0" distL="0" distR="0" wp14:anchorId="280A5251" wp14:editId="2F04C252">
            <wp:extent cx="5940000" cy="1716000"/>
            <wp:effectExtent l="0" t="0" r="0" b="0"/>
            <wp:docPr id="1" name="Picture 1" descr="그림 또는 자료를 삽입할 빈 영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그림 또는 자료를 삽입할 빈 영역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17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B4220" w14:textId="77777777" w:rsidR="00E218CD" w:rsidRDefault="00000000">
      <w:pPr>
        <w:pStyle w:val="af0"/>
      </w:pPr>
      <w:r>
        <w:t xml:space="preserve">그림 </w:t>
      </w:r>
      <w:r>
        <w:fldChar w:fldCharType="begin"/>
      </w:r>
      <w:r>
        <w:instrText xml:space="preserve"> SEQ Figure \* ARABIC </w:instrText>
      </w:r>
      <w:r>
        <w:fldChar w:fldCharType="separate"/>
      </w:r>
      <w:r w:rsidR="0009538C">
        <w:rPr>
          <w:noProof/>
        </w:rPr>
        <w:t>1</w:t>
      </w:r>
      <w:r>
        <w:fldChar w:fldCharType="end"/>
      </w:r>
      <w:r>
        <w:t xml:space="preserve">  자료 삽입 영역</w:t>
      </w:r>
    </w:p>
    <w:p w14:paraId="0A449C52" w14:textId="77777777" w:rsidR="00E218CD" w:rsidRDefault="00000000">
      <w:pPr>
        <w:pStyle w:val="DCSource"/>
      </w:pPr>
      <w:r>
        <w:t>자료 출처와 확인 상태를 그림 아래에 기록한다. 외부 이미지를 사용할 때는 출처와 이용 조건을 먼저 확인하고, 인용 문장과 자체 작성 문장을 구분한다.</w:t>
      </w:r>
    </w:p>
    <w:p w14:paraId="052DAF57" w14:textId="77777777" w:rsidR="00E218CD" w:rsidRDefault="00000000">
      <w:r>
        <w:t>이미지는 본문 너비 안에서 배치하고 원본의 가로세로 비율을 유지한다. 캡션은 Caption 스타일로 작성한다.</w:t>
      </w:r>
    </w:p>
    <w:p w14:paraId="44AC3CE6" w14:textId="77777777" w:rsidR="00E218CD" w:rsidRDefault="00E218CD">
      <w:pPr>
        <w:sectPr w:rsidR="00E218CD">
          <w:headerReference w:type="default" r:id="rId9"/>
          <w:footerReference w:type="default" r:id="rId10"/>
          <w:footerReference w:type="first" r:id="rId11"/>
          <w:pgSz w:w="11906" w:h="16838"/>
          <w:pgMar w:top="850" w:right="1134" w:bottom="850" w:left="1134" w:header="567" w:footer="567" w:gutter="0"/>
          <w:cols w:space="720"/>
          <w:titlePg/>
          <w:docGrid w:linePitch="360"/>
        </w:sectPr>
      </w:pPr>
    </w:p>
    <w:p w14:paraId="1EA92869" w14:textId="77777777" w:rsidR="00E218CD" w:rsidRDefault="00000000">
      <w:pPr>
        <w:pStyle w:val="1"/>
      </w:pPr>
      <w:bookmarkStart w:id="9" w:name="_Toc243384401"/>
      <w:r>
        <w:lastRenderedPageBreak/>
        <w:t>일정과 검수</w:t>
      </w:r>
      <w:bookmarkEnd w:id="9"/>
    </w:p>
    <w:p w14:paraId="5A800A5A" w14:textId="77777777" w:rsidR="00E218CD" w:rsidRDefault="00000000">
      <w:pPr>
        <w:pStyle w:val="2"/>
      </w:pPr>
      <w:bookmarkStart w:id="10" w:name="_Toc243384402"/>
      <w:r>
        <w:t>세부 관리표</w:t>
      </w:r>
      <w:bookmarkEnd w:id="10"/>
    </w:p>
    <w:p w14:paraId="7D1A0019" w14:textId="77777777" w:rsidR="00E218CD" w:rsidRDefault="00000000">
      <w:pPr>
        <w:pStyle w:val="af0"/>
        <w:keepNext/>
      </w:pPr>
      <w:r>
        <w:t xml:space="preserve">표 </w:t>
      </w:r>
      <w:r>
        <w:fldChar w:fldCharType="begin"/>
      </w:r>
      <w:r>
        <w:instrText xml:space="preserve"> SEQ Table \* ARABIC </w:instrText>
      </w:r>
      <w:r>
        <w:fldChar w:fldCharType="separate"/>
      </w:r>
      <w:r w:rsidR="0009538C">
        <w:rPr>
          <w:noProof/>
        </w:rPr>
        <w:t>2</w:t>
      </w:r>
      <w:r>
        <w:fldChar w:fldCharType="end"/>
      </w:r>
      <w:r>
        <w:t xml:space="preserve">  가로 방향 관리표 작성 예시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2098"/>
        <w:gridCol w:w="2098"/>
        <w:gridCol w:w="1928"/>
        <w:gridCol w:w="4082"/>
        <w:gridCol w:w="3515"/>
      </w:tblGrid>
      <w:tr w:rsidR="00E218CD" w14:paraId="3BD953C9" w14:textId="77777777">
        <w:trPr>
          <w:cantSplit/>
          <w:tblHeader/>
          <w:jc w:val="center"/>
        </w:trPr>
        <w:tc>
          <w:tcPr>
            <w:tcW w:w="850" w:type="dxa"/>
            <w:shd w:val="clear" w:color="auto" w:fill="00000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82C461" w14:textId="77777777" w:rsidR="00E218CD" w:rsidRDefault="00000000">
            <w:pPr>
              <w:pStyle w:val="DCTableHeader"/>
              <w:jc w:val="center"/>
            </w:pPr>
            <w:r>
              <w:rPr>
                <w:color w:val="FFFFFF"/>
              </w:rPr>
              <w:t>번호</w:t>
            </w:r>
          </w:p>
        </w:tc>
        <w:tc>
          <w:tcPr>
            <w:tcW w:w="2098" w:type="dxa"/>
            <w:shd w:val="clear" w:color="auto" w:fill="00000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B49C79" w14:textId="77777777" w:rsidR="00E218CD" w:rsidRDefault="00000000">
            <w:pPr>
              <w:pStyle w:val="DCTableHeader"/>
            </w:pPr>
            <w:r>
              <w:rPr>
                <w:color w:val="FFFFFF"/>
              </w:rPr>
              <w:t>작업</w:t>
            </w:r>
          </w:p>
        </w:tc>
        <w:tc>
          <w:tcPr>
            <w:tcW w:w="2098" w:type="dxa"/>
            <w:shd w:val="clear" w:color="auto" w:fill="00000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E3A2A1" w14:textId="77777777" w:rsidR="00E218CD" w:rsidRDefault="00000000">
            <w:pPr>
              <w:pStyle w:val="DCTableHeader"/>
            </w:pPr>
            <w:r>
              <w:rPr>
                <w:color w:val="FFFFFF"/>
              </w:rPr>
              <w:t>기간</w:t>
            </w:r>
          </w:p>
        </w:tc>
        <w:tc>
          <w:tcPr>
            <w:tcW w:w="1928" w:type="dxa"/>
            <w:shd w:val="clear" w:color="auto" w:fill="00000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E2B7B4" w14:textId="77777777" w:rsidR="00E218CD" w:rsidRDefault="00000000">
            <w:pPr>
              <w:pStyle w:val="DCTableHeader"/>
            </w:pPr>
            <w:r>
              <w:rPr>
                <w:color w:val="FFFFFF"/>
              </w:rPr>
              <w:t>담당</w:t>
            </w:r>
          </w:p>
        </w:tc>
        <w:tc>
          <w:tcPr>
            <w:tcW w:w="4082" w:type="dxa"/>
            <w:shd w:val="clear" w:color="auto" w:fill="00000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AE5D98" w14:textId="77777777" w:rsidR="00E218CD" w:rsidRDefault="00000000">
            <w:pPr>
              <w:pStyle w:val="DCTableHeader"/>
            </w:pPr>
            <w:r>
              <w:rPr>
                <w:color w:val="FFFFFF"/>
              </w:rPr>
              <w:t>완료 기준</w:t>
            </w:r>
          </w:p>
        </w:tc>
        <w:tc>
          <w:tcPr>
            <w:tcW w:w="3515" w:type="dxa"/>
            <w:shd w:val="clear" w:color="auto" w:fill="00000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494498" w14:textId="77777777" w:rsidR="00E218CD" w:rsidRDefault="00000000">
            <w:pPr>
              <w:pStyle w:val="DCTableHeader"/>
            </w:pPr>
            <w:r>
              <w:rPr>
                <w:color w:val="FFFFFF"/>
              </w:rPr>
              <w:t>확인 자료</w:t>
            </w:r>
          </w:p>
        </w:tc>
      </w:tr>
      <w:tr w:rsidR="00E218CD" w14:paraId="46794CF2" w14:textId="77777777">
        <w:trPr>
          <w:cantSplit/>
          <w:jc w:val="center"/>
        </w:trPr>
        <w:tc>
          <w:tcPr>
            <w:tcW w:w="8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701452" w14:textId="77777777" w:rsidR="00E218CD" w:rsidRDefault="00000000">
            <w:pPr>
              <w:pStyle w:val="DCTable"/>
              <w:jc w:val="center"/>
            </w:pPr>
            <w:r>
              <w:t>01</w:t>
            </w:r>
          </w:p>
        </w:tc>
        <w:tc>
          <w:tcPr>
            <w:tcW w:w="209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C86083" w14:textId="77777777" w:rsidR="00E218CD" w:rsidRDefault="00000000">
            <w:pPr>
              <w:pStyle w:val="DCTable"/>
            </w:pPr>
            <w:r>
              <w:t>[작업명]</w:t>
            </w:r>
          </w:p>
        </w:tc>
        <w:tc>
          <w:tcPr>
            <w:tcW w:w="209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2B4972" w14:textId="77777777" w:rsidR="00E218CD" w:rsidRDefault="00000000">
            <w:pPr>
              <w:pStyle w:val="DCTable"/>
            </w:pPr>
            <w:r>
              <w:t>[기간]</w:t>
            </w:r>
          </w:p>
        </w:tc>
        <w:tc>
          <w:tcPr>
            <w:tcW w:w="192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AD7BAD" w14:textId="77777777" w:rsidR="00E218CD" w:rsidRDefault="00000000">
            <w:pPr>
              <w:pStyle w:val="DCTable"/>
            </w:pPr>
            <w:r>
              <w:t>[담당 역할]</w:t>
            </w:r>
          </w:p>
        </w:tc>
        <w:tc>
          <w:tcPr>
            <w:tcW w:w="408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6E467C" w14:textId="77777777" w:rsidR="00E218CD" w:rsidRDefault="00000000">
            <w:pPr>
              <w:pStyle w:val="DCTable"/>
            </w:pPr>
            <w:r>
              <w:t>[검수 기준과 확인 절차를 입력]</w:t>
            </w:r>
          </w:p>
        </w:tc>
        <w:tc>
          <w:tcPr>
            <w:tcW w:w="35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92C416" w14:textId="77777777" w:rsidR="00E218CD" w:rsidRDefault="00000000">
            <w:pPr>
              <w:pStyle w:val="DCTable"/>
            </w:pPr>
            <w:r>
              <w:t>[결과서 또는 근거 자료명]</w:t>
            </w:r>
          </w:p>
        </w:tc>
      </w:tr>
      <w:tr w:rsidR="00E218CD" w14:paraId="2D95181B" w14:textId="77777777">
        <w:trPr>
          <w:cantSplit/>
          <w:jc w:val="center"/>
        </w:trPr>
        <w:tc>
          <w:tcPr>
            <w:tcW w:w="850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89A84C" w14:textId="77777777" w:rsidR="00E218CD" w:rsidRDefault="00000000">
            <w:pPr>
              <w:pStyle w:val="DCTable"/>
              <w:jc w:val="center"/>
            </w:pPr>
            <w:r>
              <w:t>02</w:t>
            </w:r>
          </w:p>
        </w:tc>
        <w:tc>
          <w:tcPr>
            <w:tcW w:w="2098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0A30EB" w14:textId="77777777" w:rsidR="00E218CD" w:rsidRDefault="00000000">
            <w:pPr>
              <w:pStyle w:val="DCTable"/>
            </w:pPr>
            <w:r>
              <w:t>[작업명]</w:t>
            </w:r>
          </w:p>
        </w:tc>
        <w:tc>
          <w:tcPr>
            <w:tcW w:w="2098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0381E2" w14:textId="77777777" w:rsidR="00E218CD" w:rsidRDefault="00000000">
            <w:pPr>
              <w:pStyle w:val="DCTable"/>
            </w:pPr>
            <w:r>
              <w:t>[기간]</w:t>
            </w:r>
          </w:p>
        </w:tc>
        <w:tc>
          <w:tcPr>
            <w:tcW w:w="1928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9AA521" w14:textId="77777777" w:rsidR="00E218CD" w:rsidRDefault="00000000">
            <w:pPr>
              <w:pStyle w:val="DCTable"/>
            </w:pPr>
            <w:r>
              <w:t>[담당 역할]</w:t>
            </w:r>
          </w:p>
        </w:tc>
        <w:tc>
          <w:tcPr>
            <w:tcW w:w="4082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BD974A" w14:textId="77777777" w:rsidR="00E218CD" w:rsidRDefault="00000000">
            <w:pPr>
              <w:pStyle w:val="DCTable"/>
            </w:pPr>
            <w:r>
              <w:t>[검수 기준과 확인 절차를 입력]</w:t>
            </w:r>
          </w:p>
        </w:tc>
        <w:tc>
          <w:tcPr>
            <w:tcW w:w="3515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61C37A" w14:textId="77777777" w:rsidR="00E218CD" w:rsidRDefault="00000000">
            <w:pPr>
              <w:pStyle w:val="DCTable"/>
            </w:pPr>
            <w:r>
              <w:t>[결과서 또는 근거 자료명]</w:t>
            </w:r>
          </w:p>
        </w:tc>
      </w:tr>
      <w:tr w:rsidR="00E218CD" w14:paraId="4DD63E03" w14:textId="77777777">
        <w:trPr>
          <w:cantSplit/>
          <w:jc w:val="center"/>
        </w:trPr>
        <w:tc>
          <w:tcPr>
            <w:tcW w:w="8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CA9628" w14:textId="77777777" w:rsidR="00E218CD" w:rsidRDefault="00000000">
            <w:pPr>
              <w:pStyle w:val="DCTable"/>
              <w:jc w:val="center"/>
            </w:pPr>
            <w:r>
              <w:t>03</w:t>
            </w:r>
          </w:p>
        </w:tc>
        <w:tc>
          <w:tcPr>
            <w:tcW w:w="209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EF47E9" w14:textId="77777777" w:rsidR="00E218CD" w:rsidRDefault="00000000">
            <w:pPr>
              <w:pStyle w:val="DCTable"/>
            </w:pPr>
            <w:r>
              <w:t>[작업명]</w:t>
            </w:r>
          </w:p>
        </w:tc>
        <w:tc>
          <w:tcPr>
            <w:tcW w:w="209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A68525" w14:textId="77777777" w:rsidR="00E218CD" w:rsidRDefault="00000000">
            <w:pPr>
              <w:pStyle w:val="DCTable"/>
            </w:pPr>
            <w:r>
              <w:t>[기간]</w:t>
            </w:r>
          </w:p>
        </w:tc>
        <w:tc>
          <w:tcPr>
            <w:tcW w:w="192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4EAB92" w14:textId="77777777" w:rsidR="00E218CD" w:rsidRDefault="00000000">
            <w:pPr>
              <w:pStyle w:val="DCTable"/>
            </w:pPr>
            <w:r>
              <w:t>[담당 역할]</w:t>
            </w:r>
          </w:p>
        </w:tc>
        <w:tc>
          <w:tcPr>
            <w:tcW w:w="408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18AC53" w14:textId="77777777" w:rsidR="00E218CD" w:rsidRDefault="00000000">
            <w:pPr>
              <w:pStyle w:val="DCTable"/>
            </w:pPr>
            <w:r>
              <w:t>[검수 기준과 확인 절차를 입력]</w:t>
            </w:r>
          </w:p>
        </w:tc>
        <w:tc>
          <w:tcPr>
            <w:tcW w:w="35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97AD0A" w14:textId="77777777" w:rsidR="00E218CD" w:rsidRDefault="00000000">
            <w:pPr>
              <w:pStyle w:val="DCTable"/>
            </w:pPr>
            <w:r>
              <w:t>[결과서 또는 근거 자료명]</w:t>
            </w:r>
          </w:p>
        </w:tc>
      </w:tr>
      <w:tr w:rsidR="00E218CD" w14:paraId="094A1862" w14:textId="77777777">
        <w:trPr>
          <w:cantSplit/>
          <w:jc w:val="center"/>
        </w:trPr>
        <w:tc>
          <w:tcPr>
            <w:tcW w:w="850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15C9B7" w14:textId="77777777" w:rsidR="00E218CD" w:rsidRDefault="00000000">
            <w:pPr>
              <w:pStyle w:val="DCTable"/>
              <w:jc w:val="center"/>
            </w:pPr>
            <w:r>
              <w:t>04</w:t>
            </w:r>
          </w:p>
        </w:tc>
        <w:tc>
          <w:tcPr>
            <w:tcW w:w="2098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E8360A" w14:textId="77777777" w:rsidR="00E218CD" w:rsidRDefault="00000000">
            <w:pPr>
              <w:pStyle w:val="DCTable"/>
            </w:pPr>
            <w:r>
              <w:t>[작업명]</w:t>
            </w:r>
          </w:p>
        </w:tc>
        <w:tc>
          <w:tcPr>
            <w:tcW w:w="2098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6DFF30" w14:textId="77777777" w:rsidR="00E218CD" w:rsidRDefault="00000000">
            <w:pPr>
              <w:pStyle w:val="DCTable"/>
            </w:pPr>
            <w:r>
              <w:t>[기간]</w:t>
            </w:r>
          </w:p>
        </w:tc>
        <w:tc>
          <w:tcPr>
            <w:tcW w:w="1928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E3C14F" w14:textId="77777777" w:rsidR="00E218CD" w:rsidRDefault="00000000">
            <w:pPr>
              <w:pStyle w:val="DCTable"/>
            </w:pPr>
            <w:r>
              <w:t>[담당 역할]</w:t>
            </w:r>
          </w:p>
        </w:tc>
        <w:tc>
          <w:tcPr>
            <w:tcW w:w="4082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7BCAB1" w14:textId="77777777" w:rsidR="00E218CD" w:rsidRDefault="00000000">
            <w:pPr>
              <w:pStyle w:val="DCTable"/>
            </w:pPr>
            <w:r>
              <w:t>[검수 기준과 확인 절차를 입력]</w:t>
            </w:r>
          </w:p>
        </w:tc>
        <w:tc>
          <w:tcPr>
            <w:tcW w:w="3515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1BBDB7" w14:textId="77777777" w:rsidR="00E218CD" w:rsidRDefault="00000000">
            <w:pPr>
              <w:pStyle w:val="DCTable"/>
            </w:pPr>
            <w:r>
              <w:t>[결과서 또는 근거 자료명]</w:t>
            </w:r>
          </w:p>
        </w:tc>
      </w:tr>
      <w:tr w:rsidR="00E218CD" w14:paraId="64CA5759" w14:textId="77777777">
        <w:trPr>
          <w:cantSplit/>
          <w:jc w:val="center"/>
        </w:trPr>
        <w:tc>
          <w:tcPr>
            <w:tcW w:w="8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9627A9" w14:textId="77777777" w:rsidR="00E218CD" w:rsidRDefault="00000000">
            <w:pPr>
              <w:pStyle w:val="DCTable"/>
              <w:jc w:val="center"/>
            </w:pPr>
            <w:r>
              <w:t>05</w:t>
            </w:r>
          </w:p>
        </w:tc>
        <w:tc>
          <w:tcPr>
            <w:tcW w:w="209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7C8A35" w14:textId="77777777" w:rsidR="00E218CD" w:rsidRDefault="00000000">
            <w:pPr>
              <w:pStyle w:val="DCTable"/>
            </w:pPr>
            <w:r>
              <w:t>[작업명]</w:t>
            </w:r>
          </w:p>
        </w:tc>
        <w:tc>
          <w:tcPr>
            <w:tcW w:w="209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CF1135" w14:textId="77777777" w:rsidR="00E218CD" w:rsidRDefault="00000000">
            <w:pPr>
              <w:pStyle w:val="DCTable"/>
            </w:pPr>
            <w:r>
              <w:t>[기간]</w:t>
            </w:r>
          </w:p>
        </w:tc>
        <w:tc>
          <w:tcPr>
            <w:tcW w:w="192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D40521" w14:textId="77777777" w:rsidR="00E218CD" w:rsidRDefault="00000000">
            <w:pPr>
              <w:pStyle w:val="DCTable"/>
            </w:pPr>
            <w:r>
              <w:t>[담당 역할]</w:t>
            </w:r>
          </w:p>
        </w:tc>
        <w:tc>
          <w:tcPr>
            <w:tcW w:w="408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D5ABE3" w14:textId="77777777" w:rsidR="00E218CD" w:rsidRDefault="00000000">
            <w:pPr>
              <w:pStyle w:val="DCTable"/>
            </w:pPr>
            <w:r>
              <w:t>[검수 기준과 확인 절차를 입력]</w:t>
            </w:r>
          </w:p>
        </w:tc>
        <w:tc>
          <w:tcPr>
            <w:tcW w:w="35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3008B2" w14:textId="77777777" w:rsidR="00E218CD" w:rsidRDefault="00000000">
            <w:pPr>
              <w:pStyle w:val="DCTable"/>
            </w:pPr>
            <w:r>
              <w:t>[결과서 또는 근거 자료명]</w:t>
            </w:r>
          </w:p>
        </w:tc>
      </w:tr>
      <w:tr w:rsidR="00E218CD" w14:paraId="38DB9007" w14:textId="77777777">
        <w:trPr>
          <w:cantSplit/>
          <w:jc w:val="center"/>
        </w:trPr>
        <w:tc>
          <w:tcPr>
            <w:tcW w:w="850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85E480" w14:textId="77777777" w:rsidR="00E218CD" w:rsidRDefault="00000000">
            <w:pPr>
              <w:pStyle w:val="DCTable"/>
              <w:jc w:val="center"/>
            </w:pPr>
            <w:r>
              <w:t>06</w:t>
            </w:r>
          </w:p>
        </w:tc>
        <w:tc>
          <w:tcPr>
            <w:tcW w:w="2098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9BD3F2" w14:textId="77777777" w:rsidR="00E218CD" w:rsidRDefault="00000000">
            <w:pPr>
              <w:pStyle w:val="DCTable"/>
            </w:pPr>
            <w:r>
              <w:t>[작업명]</w:t>
            </w:r>
          </w:p>
        </w:tc>
        <w:tc>
          <w:tcPr>
            <w:tcW w:w="2098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1ED5C4" w14:textId="77777777" w:rsidR="00E218CD" w:rsidRDefault="00000000">
            <w:pPr>
              <w:pStyle w:val="DCTable"/>
            </w:pPr>
            <w:r>
              <w:t>[기간]</w:t>
            </w:r>
          </w:p>
        </w:tc>
        <w:tc>
          <w:tcPr>
            <w:tcW w:w="1928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FB746E" w14:textId="77777777" w:rsidR="00E218CD" w:rsidRDefault="00000000">
            <w:pPr>
              <w:pStyle w:val="DCTable"/>
            </w:pPr>
            <w:r>
              <w:t>[담당 역할]</w:t>
            </w:r>
          </w:p>
        </w:tc>
        <w:tc>
          <w:tcPr>
            <w:tcW w:w="4082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AE6A97" w14:textId="77777777" w:rsidR="00E218CD" w:rsidRDefault="00000000">
            <w:pPr>
              <w:pStyle w:val="DCTable"/>
            </w:pPr>
            <w:r>
              <w:t>[검수 기준과 확인 절차를 입력]</w:t>
            </w:r>
          </w:p>
        </w:tc>
        <w:tc>
          <w:tcPr>
            <w:tcW w:w="3515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3BF967" w14:textId="77777777" w:rsidR="00E218CD" w:rsidRDefault="00000000">
            <w:pPr>
              <w:pStyle w:val="DCTable"/>
            </w:pPr>
            <w:r>
              <w:t>[결과서 또는 근거 자료명]</w:t>
            </w:r>
          </w:p>
        </w:tc>
      </w:tr>
      <w:tr w:rsidR="00E218CD" w14:paraId="1DE56144" w14:textId="77777777">
        <w:trPr>
          <w:cantSplit/>
          <w:jc w:val="center"/>
        </w:trPr>
        <w:tc>
          <w:tcPr>
            <w:tcW w:w="8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312B71" w14:textId="77777777" w:rsidR="00E218CD" w:rsidRDefault="00000000">
            <w:pPr>
              <w:pStyle w:val="DCTable"/>
              <w:jc w:val="center"/>
            </w:pPr>
            <w:r>
              <w:t>07</w:t>
            </w:r>
          </w:p>
        </w:tc>
        <w:tc>
          <w:tcPr>
            <w:tcW w:w="209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5C7228" w14:textId="77777777" w:rsidR="00E218CD" w:rsidRDefault="00000000">
            <w:pPr>
              <w:pStyle w:val="DCTable"/>
            </w:pPr>
            <w:r>
              <w:t>[작업명]</w:t>
            </w:r>
          </w:p>
        </w:tc>
        <w:tc>
          <w:tcPr>
            <w:tcW w:w="209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9435C9" w14:textId="77777777" w:rsidR="00E218CD" w:rsidRDefault="00000000">
            <w:pPr>
              <w:pStyle w:val="DCTable"/>
            </w:pPr>
            <w:r>
              <w:t>[기간]</w:t>
            </w:r>
          </w:p>
        </w:tc>
        <w:tc>
          <w:tcPr>
            <w:tcW w:w="192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E01DEA" w14:textId="77777777" w:rsidR="00E218CD" w:rsidRDefault="00000000">
            <w:pPr>
              <w:pStyle w:val="DCTable"/>
            </w:pPr>
            <w:r>
              <w:t>[담당 역할]</w:t>
            </w:r>
          </w:p>
        </w:tc>
        <w:tc>
          <w:tcPr>
            <w:tcW w:w="408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E84ED4" w14:textId="77777777" w:rsidR="00E218CD" w:rsidRDefault="00000000">
            <w:pPr>
              <w:pStyle w:val="DCTable"/>
            </w:pPr>
            <w:r>
              <w:t>[검수 기준과 확인 절차를 입력]</w:t>
            </w:r>
          </w:p>
        </w:tc>
        <w:tc>
          <w:tcPr>
            <w:tcW w:w="35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251D65" w14:textId="77777777" w:rsidR="00E218CD" w:rsidRDefault="00000000">
            <w:pPr>
              <w:pStyle w:val="DCTable"/>
            </w:pPr>
            <w:r>
              <w:t>[결과서 또는 근거 자료명]</w:t>
            </w:r>
          </w:p>
        </w:tc>
      </w:tr>
      <w:tr w:rsidR="00E218CD" w14:paraId="329C94AD" w14:textId="77777777">
        <w:trPr>
          <w:cantSplit/>
          <w:jc w:val="center"/>
        </w:trPr>
        <w:tc>
          <w:tcPr>
            <w:tcW w:w="850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D142AD" w14:textId="77777777" w:rsidR="00E218CD" w:rsidRDefault="00000000">
            <w:pPr>
              <w:pStyle w:val="DCTable"/>
              <w:jc w:val="center"/>
            </w:pPr>
            <w:r>
              <w:lastRenderedPageBreak/>
              <w:t>08</w:t>
            </w:r>
          </w:p>
        </w:tc>
        <w:tc>
          <w:tcPr>
            <w:tcW w:w="2098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F79994" w14:textId="77777777" w:rsidR="00E218CD" w:rsidRDefault="00000000">
            <w:pPr>
              <w:pStyle w:val="DCTable"/>
            </w:pPr>
            <w:r>
              <w:t>[작업명]</w:t>
            </w:r>
          </w:p>
        </w:tc>
        <w:tc>
          <w:tcPr>
            <w:tcW w:w="2098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CB751D" w14:textId="77777777" w:rsidR="00E218CD" w:rsidRDefault="00000000">
            <w:pPr>
              <w:pStyle w:val="DCTable"/>
            </w:pPr>
            <w:r>
              <w:t>[기간]</w:t>
            </w:r>
          </w:p>
        </w:tc>
        <w:tc>
          <w:tcPr>
            <w:tcW w:w="1928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58DC23" w14:textId="77777777" w:rsidR="00E218CD" w:rsidRDefault="00000000">
            <w:pPr>
              <w:pStyle w:val="DCTable"/>
            </w:pPr>
            <w:r>
              <w:t>[담당 역할]</w:t>
            </w:r>
          </w:p>
        </w:tc>
        <w:tc>
          <w:tcPr>
            <w:tcW w:w="4082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01F546" w14:textId="77777777" w:rsidR="00E218CD" w:rsidRDefault="00000000">
            <w:pPr>
              <w:pStyle w:val="DCTable"/>
            </w:pPr>
            <w:r>
              <w:t>[검수 기준과 확인 절차를 입력]</w:t>
            </w:r>
          </w:p>
        </w:tc>
        <w:tc>
          <w:tcPr>
            <w:tcW w:w="3515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2B27A4" w14:textId="77777777" w:rsidR="00E218CD" w:rsidRDefault="00000000">
            <w:pPr>
              <w:pStyle w:val="DCTable"/>
            </w:pPr>
            <w:r>
              <w:t>[결과서 또는 근거 자료명]</w:t>
            </w:r>
          </w:p>
        </w:tc>
      </w:tr>
      <w:tr w:rsidR="00E218CD" w14:paraId="2070ACA7" w14:textId="77777777">
        <w:trPr>
          <w:cantSplit/>
          <w:jc w:val="center"/>
        </w:trPr>
        <w:tc>
          <w:tcPr>
            <w:tcW w:w="8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007003" w14:textId="77777777" w:rsidR="00E218CD" w:rsidRDefault="00000000">
            <w:pPr>
              <w:pStyle w:val="DCTable"/>
              <w:jc w:val="center"/>
            </w:pPr>
            <w:r>
              <w:t>09</w:t>
            </w:r>
          </w:p>
        </w:tc>
        <w:tc>
          <w:tcPr>
            <w:tcW w:w="209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D601A5" w14:textId="77777777" w:rsidR="00E218CD" w:rsidRDefault="00000000">
            <w:pPr>
              <w:pStyle w:val="DCTable"/>
            </w:pPr>
            <w:r>
              <w:t>[작업명]</w:t>
            </w:r>
          </w:p>
        </w:tc>
        <w:tc>
          <w:tcPr>
            <w:tcW w:w="209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0A1FFC" w14:textId="77777777" w:rsidR="00E218CD" w:rsidRDefault="00000000">
            <w:pPr>
              <w:pStyle w:val="DCTable"/>
            </w:pPr>
            <w:r>
              <w:t>[기간]</w:t>
            </w:r>
          </w:p>
        </w:tc>
        <w:tc>
          <w:tcPr>
            <w:tcW w:w="192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79E8ED" w14:textId="77777777" w:rsidR="00E218CD" w:rsidRDefault="00000000">
            <w:pPr>
              <w:pStyle w:val="DCTable"/>
            </w:pPr>
            <w:r>
              <w:t>[담당 역할]</w:t>
            </w:r>
          </w:p>
        </w:tc>
        <w:tc>
          <w:tcPr>
            <w:tcW w:w="408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E9B8E5" w14:textId="77777777" w:rsidR="00E218CD" w:rsidRDefault="00000000">
            <w:pPr>
              <w:pStyle w:val="DCTable"/>
            </w:pPr>
            <w:r>
              <w:t>[검수 기준과 확인 절차를 입력]</w:t>
            </w:r>
          </w:p>
        </w:tc>
        <w:tc>
          <w:tcPr>
            <w:tcW w:w="35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66F925" w14:textId="77777777" w:rsidR="00E218CD" w:rsidRDefault="00000000">
            <w:pPr>
              <w:pStyle w:val="DCTable"/>
            </w:pPr>
            <w:r>
              <w:t>[결과서 또는 근거 자료명]</w:t>
            </w:r>
          </w:p>
        </w:tc>
      </w:tr>
      <w:tr w:rsidR="00E218CD" w14:paraId="7246CF03" w14:textId="77777777">
        <w:trPr>
          <w:cantSplit/>
          <w:jc w:val="center"/>
        </w:trPr>
        <w:tc>
          <w:tcPr>
            <w:tcW w:w="850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9C3C97" w14:textId="77777777" w:rsidR="00E218CD" w:rsidRDefault="00000000">
            <w:pPr>
              <w:pStyle w:val="DCTable"/>
              <w:jc w:val="center"/>
            </w:pPr>
            <w:r>
              <w:t>10</w:t>
            </w:r>
          </w:p>
        </w:tc>
        <w:tc>
          <w:tcPr>
            <w:tcW w:w="2098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CD2FFF" w14:textId="77777777" w:rsidR="00E218CD" w:rsidRDefault="00000000">
            <w:pPr>
              <w:pStyle w:val="DCTable"/>
            </w:pPr>
            <w:r>
              <w:t>[작업명]</w:t>
            </w:r>
          </w:p>
        </w:tc>
        <w:tc>
          <w:tcPr>
            <w:tcW w:w="2098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B6F386" w14:textId="77777777" w:rsidR="00E218CD" w:rsidRDefault="00000000">
            <w:pPr>
              <w:pStyle w:val="DCTable"/>
            </w:pPr>
            <w:r>
              <w:t>[기간]</w:t>
            </w:r>
          </w:p>
        </w:tc>
        <w:tc>
          <w:tcPr>
            <w:tcW w:w="1928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A923C2" w14:textId="77777777" w:rsidR="00E218CD" w:rsidRDefault="00000000">
            <w:pPr>
              <w:pStyle w:val="DCTable"/>
            </w:pPr>
            <w:r>
              <w:t>[담당 역할]</w:t>
            </w:r>
          </w:p>
        </w:tc>
        <w:tc>
          <w:tcPr>
            <w:tcW w:w="4082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CDBFA4" w14:textId="77777777" w:rsidR="00E218CD" w:rsidRDefault="00000000">
            <w:pPr>
              <w:pStyle w:val="DCTable"/>
            </w:pPr>
            <w:r>
              <w:t>[검수 기준과 확인 절차를 입력]</w:t>
            </w:r>
          </w:p>
        </w:tc>
        <w:tc>
          <w:tcPr>
            <w:tcW w:w="3515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3DBB4B" w14:textId="77777777" w:rsidR="00E218CD" w:rsidRDefault="00000000">
            <w:pPr>
              <w:pStyle w:val="DCTable"/>
            </w:pPr>
            <w:r>
              <w:t>[결과서 또는 근거 자료명]</w:t>
            </w:r>
          </w:p>
        </w:tc>
      </w:tr>
      <w:tr w:rsidR="00E218CD" w14:paraId="06453903" w14:textId="77777777">
        <w:trPr>
          <w:cantSplit/>
          <w:jc w:val="center"/>
        </w:trPr>
        <w:tc>
          <w:tcPr>
            <w:tcW w:w="8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808AB9" w14:textId="77777777" w:rsidR="00E218CD" w:rsidRDefault="00000000">
            <w:pPr>
              <w:pStyle w:val="DCTable"/>
              <w:jc w:val="center"/>
            </w:pPr>
            <w:r>
              <w:t>11</w:t>
            </w:r>
          </w:p>
        </w:tc>
        <w:tc>
          <w:tcPr>
            <w:tcW w:w="209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56A383" w14:textId="77777777" w:rsidR="00E218CD" w:rsidRDefault="00000000">
            <w:pPr>
              <w:pStyle w:val="DCTable"/>
            </w:pPr>
            <w:r>
              <w:t>[작업명]</w:t>
            </w:r>
          </w:p>
        </w:tc>
        <w:tc>
          <w:tcPr>
            <w:tcW w:w="209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CBBD4C" w14:textId="77777777" w:rsidR="00E218CD" w:rsidRDefault="00000000">
            <w:pPr>
              <w:pStyle w:val="DCTable"/>
            </w:pPr>
            <w:r>
              <w:t>[기간]</w:t>
            </w:r>
          </w:p>
        </w:tc>
        <w:tc>
          <w:tcPr>
            <w:tcW w:w="192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29C4E2" w14:textId="77777777" w:rsidR="00E218CD" w:rsidRDefault="00000000">
            <w:pPr>
              <w:pStyle w:val="DCTable"/>
            </w:pPr>
            <w:r>
              <w:t>[담당 역할]</w:t>
            </w:r>
          </w:p>
        </w:tc>
        <w:tc>
          <w:tcPr>
            <w:tcW w:w="408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72D564" w14:textId="77777777" w:rsidR="00E218CD" w:rsidRDefault="00000000">
            <w:pPr>
              <w:pStyle w:val="DCTable"/>
            </w:pPr>
            <w:r>
              <w:t>[검수 기준과 확인 절차를 입력]</w:t>
            </w:r>
          </w:p>
        </w:tc>
        <w:tc>
          <w:tcPr>
            <w:tcW w:w="35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711526" w14:textId="77777777" w:rsidR="00E218CD" w:rsidRDefault="00000000">
            <w:pPr>
              <w:pStyle w:val="DCTable"/>
            </w:pPr>
            <w:r>
              <w:t>[결과서 또는 근거 자료명]</w:t>
            </w:r>
          </w:p>
        </w:tc>
      </w:tr>
      <w:tr w:rsidR="00E218CD" w14:paraId="5A4A8674" w14:textId="77777777">
        <w:trPr>
          <w:cantSplit/>
          <w:jc w:val="center"/>
        </w:trPr>
        <w:tc>
          <w:tcPr>
            <w:tcW w:w="850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A8D247" w14:textId="77777777" w:rsidR="00E218CD" w:rsidRDefault="00000000">
            <w:pPr>
              <w:pStyle w:val="DCTable"/>
              <w:jc w:val="center"/>
            </w:pPr>
            <w:r>
              <w:t>12</w:t>
            </w:r>
          </w:p>
        </w:tc>
        <w:tc>
          <w:tcPr>
            <w:tcW w:w="2098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97AB62" w14:textId="77777777" w:rsidR="00E218CD" w:rsidRDefault="00000000">
            <w:pPr>
              <w:pStyle w:val="DCTable"/>
            </w:pPr>
            <w:r>
              <w:t>[작업명]</w:t>
            </w:r>
          </w:p>
        </w:tc>
        <w:tc>
          <w:tcPr>
            <w:tcW w:w="2098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96B448" w14:textId="77777777" w:rsidR="00E218CD" w:rsidRDefault="00000000">
            <w:pPr>
              <w:pStyle w:val="DCTable"/>
            </w:pPr>
            <w:r>
              <w:t>[기간]</w:t>
            </w:r>
          </w:p>
        </w:tc>
        <w:tc>
          <w:tcPr>
            <w:tcW w:w="1928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8EF45D" w14:textId="77777777" w:rsidR="00E218CD" w:rsidRDefault="00000000">
            <w:pPr>
              <w:pStyle w:val="DCTable"/>
            </w:pPr>
            <w:r>
              <w:t>[담당 역할]</w:t>
            </w:r>
          </w:p>
        </w:tc>
        <w:tc>
          <w:tcPr>
            <w:tcW w:w="4082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417531" w14:textId="77777777" w:rsidR="00E218CD" w:rsidRDefault="00000000">
            <w:pPr>
              <w:pStyle w:val="DCTable"/>
            </w:pPr>
            <w:r>
              <w:t>[검수 기준과 확인 절차를 입력]</w:t>
            </w:r>
          </w:p>
        </w:tc>
        <w:tc>
          <w:tcPr>
            <w:tcW w:w="3515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39B7BC" w14:textId="77777777" w:rsidR="00E218CD" w:rsidRDefault="00000000">
            <w:pPr>
              <w:pStyle w:val="DCTable"/>
            </w:pPr>
            <w:r>
              <w:t>[결과서 또는 근거 자료명]</w:t>
            </w:r>
          </w:p>
        </w:tc>
      </w:tr>
      <w:tr w:rsidR="00E218CD" w14:paraId="3DBF87D1" w14:textId="77777777">
        <w:trPr>
          <w:cantSplit/>
          <w:jc w:val="center"/>
        </w:trPr>
        <w:tc>
          <w:tcPr>
            <w:tcW w:w="8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150434" w14:textId="77777777" w:rsidR="00E218CD" w:rsidRDefault="00000000">
            <w:pPr>
              <w:pStyle w:val="DCTable"/>
              <w:jc w:val="center"/>
            </w:pPr>
            <w:r>
              <w:t>13</w:t>
            </w:r>
          </w:p>
        </w:tc>
        <w:tc>
          <w:tcPr>
            <w:tcW w:w="209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4F2697" w14:textId="77777777" w:rsidR="00E218CD" w:rsidRDefault="00000000">
            <w:pPr>
              <w:pStyle w:val="DCTable"/>
            </w:pPr>
            <w:r>
              <w:t>[작업명]</w:t>
            </w:r>
          </w:p>
        </w:tc>
        <w:tc>
          <w:tcPr>
            <w:tcW w:w="209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8857AE" w14:textId="77777777" w:rsidR="00E218CD" w:rsidRDefault="00000000">
            <w:pPr>
              <w:pStyle w:val="DCTable"/>
            </w:pPr>
            <w:r>
              <w:t>[기간]</w:t>
            </w:r>
          </w:p>
        </w:tc>
        <w:tc>
          <w:tcPr>
            <w:tcW w:w="192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988C79" w14:textId="77777777" w:rsidR="00E218CD" w:rsidRDefault="00000000">
            <w:pPr>
              <w:pStyle w:val="DCTable"/>
            </w:pPr>
            <w:r>
              <w:t>[담당 역할]</w:t>
            </w:r>
          </w:p>
        </w:tc>
        <w:tc>
          <w:tcPr>
            <w:tcW w:w="408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51C4C3" w14:textId="77777777" w:rsidR="00E218CD" w:rsidRDefault="00000000">
            <w:pPr>
              <w:pStyle w:val="DCTable"/>
            </w:pPr>
            <w:r>
              <w:t>[검수 기준과 확인 절차를 입력]</w:t>
            </w:r>
          </w:p>
        </w:tc>
        <w:tc>
          <w:tcPr>
            <w:tcW w:w="35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F65FA2" w14:textId="77777777" w:rsidR="00E218CD" w:rsidRDefault="00000000">
            <w:pPr>
              <w:pStyle w:val="DCTable"/>
            </w:pPr>
            <w:r>
              <w:t>[결과서 또는 근거 자료명]</w:t>
            </w:r>
          </w:p>
        </w:tc>
      </w:tr>
      <w:tr w:rsidR="00E218CD" w14:paraId="3385C9E7" w14:textId="77777777">
        <w:trPr>
          <w:cantSplit/>
          <w:jc w:val="center"/>
        </w:trPr>
        <w:tc>
          <w:tcPr>
            <w:tcW w:w="850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CA3F14" w14:textId="77777777" w:rsidR="00E218CD" w:rsidRDefault="00000000">
            <w:pPr>
              <w:pStyle w:val="DCTable"/>
              <w:jc w:val="center"/>
            </w:pPr>
            <w:r>
              <w:t>14</w:t>
            </w:r>
          </w:p>
        </w:tc>
        <w:tc>
          <w:tcPr>
            <w:tcW w:w="2098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E2E086" w14:textId="77777777" w:rsidR="00E218CD" w:rsidRDefault="00000000">
            <w:pPr>
              <w:pStyle w:val="DCTable"/>
            </w:pPr>
            <w:r>
              <w:t>[작업명]</w:t>
            </w:r>
          </w:p>
        </w:tc>
        <w:tc>
          <w:tcPr>
            <w:tcW w:w="2098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CC2AB4" w14:textId="77777777" w:rsidR="00E218CD" w:rsidRDefault="00000000">
            <w:pPr>
              <w:pStyle w:val="DCTable"/>
            </w:pPr>
            <w:r>
              <w:t>[기간]</w:t>
            </w:r>
          </w:p>
        </w:tc>
        <w:tc>
          <w:tcPr>
            <w:tcW w:w="1928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8F13CE" w14:textId="77777777" w:rsidR="00E218CD" w:rsidRDefault="00000000">
            <w:pPr>
              <w:pStyle w:val="DCTable"/>
            </w:pPr>
            <w:r>
              <w:t>[담당 역할]</w:t>
            </w:r>
          </w:p>
        </w:tc>
        <w:tc>
          <w:tcPr>
            <w:tcW w:w="4082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F7AC90" w14:textId="77777777" w:rsidR="00E218CD" w:rsidRDefault="00000000">
            <w:pPr>
              <w:pStyle w:val="DCTable"/>
            </w:pPr>
            <w:r>
              <w:t>[검수 기준과 확인 절차를 입력]</w:t>
            </w:r>
          </w:p>
        </w:tc>
        <w:tc>
          <w:tcPr>
            <w:tcW w:w="3515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A3EB47" w14:textId="77777777" w:rsidR="00E218CD" w:rsidRDefault="00000000">
            <w:pPr>
              <w:pStyle w:val="DCTable"/>
            </w:pPr>
            <w:r>
              <w:t>[결과서 또는 근거 자료명]</w:t>
            </w:r>
          </w:p>
        </w:tc>
      </w:tr>
    </w:tbl>
    <w:p w14:paraId="2E9F64DB" w14:textId="77777777" w:rsidR="00E218CD" w:rsidRDefault="00000000">
      <w:pPr>
        <w:pStyle w:val="DCSource"/>
        <w:spacing w:before="160"/>
      </w:pPr>
      <w:r>
        <w:t>작성 예시이다. 기간과 담당 및 완료 기준은 아직 확정된 일정이나 참여 약속이 아니다.</w:t>
      </w:r>
    </w:p>
    <w:p w14:paraId="33ECF968" w14:textId="77777777" w:rsidR="00E218CD" w:rsidRDefault="00E218CD">
      <w:pPr>
        <w:sectPr w:rsidR="00E218CD">
          <w:headerReference w:type="default" r:id="rId12"/>
          <w:footerReference w:type="default" r:id="rId13"/>
          <w:pgSz w:w="16838" w:h="11906" w:orient="landscape"/>
          <w:pgMar w:top="850" w:right="1134" w:bottom="850" w:left="1134" w:header="567" w:footer="567" w:gutter="0"/>
          <w:cols w:space="720"/>
          <w:docGrid w:linePitch="360"/>
        </w:sectPr>
      </w:pPr>
    </w:p>
    <w:p w14:paraId="2528C813" w14:textId="77777777" w:rsidR="00E218CD" w:rsidRDefault="00000000">
      <w:pPr>
        <w:pStyle w:val="1"/>
        <w:numPr>
          <w:ilvl w:val="0"/>
          <w:numId w:val="0"/>
        </w:numPr>
      </w:pPr>
      <w:bookmarkStart w:id="11" w:name="_Toc243384403"/>
      <w:r>
        <w:lastRenderedPageBreak/>
        <w:t>부록 작성 기록</w:t>
      </w:r>
      <w:bookmarkEnd w:id="11"/>
    </w:p>
    <w:p w14:paraId="28904AB5" w14:textId="77777777" w:rsidR="00E218CD" w:rsidRDefault="00000000">
      <w:r>
        <w:t>부록에는 확인 자료의 파일명과 기준일 및 본문에서 참조한 위치를 적는다. 서명이 필요한 공식 서식은 별도 원본을 사용한다.</w:t>
      </w:r>
    </w:p>
    <w:p w14:paraId="428ED85F" w14:textId="77777777" w:rsidR="00E218CD" w:rsidRDefault="00000000">
      <w:pPr>
        <w:pStyle w:val="af0"/>
        <w:keepNext/>
      </w:pPr>
      <w:r>
        <w:t xml:space="preserve">표 </w:t>
      </w:r>
      <w:r>
        <w:fldChar w:fldCharType="begin"/>
      </w:r>
      <w:r>
        <w:instrText xml:space="preserve"> SEQ Table \* ARABIC </w:instrText>
      </w:r>
      <w:r>
        <w:fldChar w:fldCharType="separate"/>
      </w:r>
      <w:r w:rsidR="0009538C">
        <w:rPr>
          <w:noProof/>
        </w:rPr>
        <w:t>3</w:t>
      </w:r>
      <w:r>
        <w:fldChar w:fldCharType="end"/>
      </w:r>
      <w:r>
        <w:t xml:space="preserve">  근거 자료 목록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252"/>
        <w:gridCol w:w="1984"/>
        <w:gridCol w:w="3402"/>
      </w:tblGrid>
      <w:tr w:rsidR="00E218CD" w14:paraId="534B90ED" w14:textId="77777777">
        <w:trPr>
          <w:cantSplit/>
          <w:tblHeader/>
          <w:jc w:val="center"/>
        </w:trPr>
        <w:tc>
          <w:tcPr>
            <w:tcW w:w="4252" w:type="dxa"/>
            <w:shd w:val="clear" w:color="auto" w:fill="00000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0F8D73" w14:textId="77777777" w:rsidR="00E218CD" w:rsidRDefault="00000000">
            <w:pPr>
              <w:pStyle w:val="DCTableHeader"/>
              <w:jc w:val="center"/>
            </w:pPr>
            <w:r>
              <w:rPr>
                <w:color w:val="FFFFFF"/>
              </w:rPr>
              <w:t>자료명</w:t>
            </w:r>
          </w:p>
        </w:tc>
        <w:tc>
          <w:tcPr>
            <w:tcW w:w="1984" w:type="dxa"/>
            <w:shd w:val="clear" w:color="auto" w:fill="00000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B265EB" w14:textId="77777777" w:rsidR="00E218CD" w:rsidRDefault="00000000">
            <w:pPr>
              <w:pStyle w:val="DCTableHeader"/>
            </w:pPr>
            <w:r>
              <w:rPr>
                <w:color w:val="FFFFFF"/>
              </w:rPr>
              <w:t>기준일</w:t>
            </w:r>
          </w:p>
        </w:tc>
        <w:tc>
          <w:tcPr>
            <w:tcW w:w="3402" w:type="dxa"/>
            <w:shd w:val="clear" w:color="auto" w:fill="00000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FCCCD9" w14:textId="77777777" w:rsidR="00E218CD" w:rsidRDefault="00000000">
            <w:pPr>
              <w:pStyle w:val="DCTableHeader"/>
            </w:pPr>
            <w:r>
              <w:rPr>
                <w:color w:val="FFFFFF"/>
              </w:rPr>
              <w:t>확인 상태</w:t>
            </w:r>
          </w:p>
        </w:tc>
      </w:tr>
      <w:tr w:rsidR="00E218CD" w14:paraId="7B6885B5" w14:textId="77777777">
        <w:trPr>
          <w:cantSplit/>
          <w:jc w:val="center"/>
        </w:trPr>
        <w:tc>
          <w:tcPr>
            <w:tcW w:w="425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03A3C0" w14:textId="77777777" w:rsidR="00E218CD" w:rsidRDefault="00000000">
            <w:pPr>
              <w:pStyle w:val="DCTable"/>
              <w:jc w:val="center"/>
            </w:pPr>
            <w:r>
              <w:t>[근거 문서명]</w:t>
            </w:r>
          </w:p>
        </w:tc>
        <w:tc>
          <w:tcPr>
            <w:tcW w:w="198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ADB373" w14:textId="77777777" w:rsidR="00E218CD" w:rsidRDefault="00000000">
            <w:pPr>
              <w:pStyle w:val="DCTable"/>
            </w:pPr>
            <w:r>
              <w:t>[연월일]</w:t>
            </w:r>
          </w:p>
        </w:tc>
        <w:tc>
          <w:tcPr>
            <w:tcW w:w="340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CA0D2E" w14:textId="77777777" w:rsidR="00E218CD" w:rsidRDefault="00000000">
            <w:pPr>
              <w:pStyle w:val="DCTable"/>
            </w:pPr>
            <w:r>
              <w:t>[확인 또는 미확인]</w:t>
            </w:r>
          </w:p>
        </w:tc>
      </w:tr>
      <w:tr w:rsidR="00E218CD" w14:paraId="2BDFEE50" w14:textId="77777777">
        <w:trPr>
          <w:cantSplit/>
          <w:jc w:val="center"/>
        </w:trPr>
        <w:tc>
          <w:tcPr>
            <w:tcW w:w="4252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DE7573" w14:textId="77777777" w:rsidR="00E218CD" w:rsidRDefault="00000000">
            <w:pPr>
              <w:pStyle w:val="DCTable"/>
              <w:jc w:val="center"/>
            </w:pPr>
            <w:r>
              <w:t>[첨부 파일명]</w:t>
            </w:r>
          </w:p>
        </w:tc>
        <w:tc>
          <w:tcPr>
            <w:tcW w:w="1984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4CB0FE" w14:textId="77777777" w:rsidR="00E218CD" w:rsidRDefault="00000000">
            <w:pPr>
              <w:pStyle w:val="DCTable"/>
            </w:pPr>
            <w:r>
              <w:t>[연월일]</w:t>
            </w:r>
          </w:p>
        </w:tc>
        <w:tc>
          <w:tcPr>
            <w:tcW w:w="3402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2ECF9F" w14:textId="77777777" w:rsidR="00E218CD" w:rsidRDefault="00000000">
            <w:pPr>
              <w:pStyle w:val="DCTable"/>
            </w:pPr>
            <w:r>
              <w:t>[본문 참조 위치]</w:t>
            </w:r>
          </w:p>
        </w:tc>
      </w:tr>
    </w:tbl>
    <w:p w14:paraId="48C64DF3" w14:textId="77777777" w:rsidR="00E218CD" w:rsidRDefault="00000000">
      <w:pPr>
        <w:pStyle w:val="DCAppendix"/>
        <w:spacing w:before="360"/>
      </w:pPr>
      <w:r>
        <w:t>변경 이력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247"/>
        <w:gridCol w:w="1928"/>
        <w:gridCol w:w="4365"/>
        <w:gridCol w:w="2098"/>
      </w:tblGrid>
      <w:tr w:rsidR="00E218CD" w14:paraId="2D4ADD71" w14:textId="77777777">
        <w:trPr>
          <w:cantSplit/>
          <w:tblHeader/>
          <w:jc w:val="center"/>
        </w:trPr>
        <w:tc>
          <w:tcPr>
            <w:tcW w:w="1247" w:type="dxa"/>
            <w:shd w:val="clear" w:color="auto" w:fill="00000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A949C7" w14:textId="77777777" w:rsidR="00E218CD" w:rsidRDefault="00000000">
            <w:pPr>
              <w:pStyle w:val="DCTableHeader"/>
              <w:jc w:val="center"/>
            </w:pPr>
            <w:r>
              <w:rPr>
                <w:color w:val="FFFFFF"/>
              </w:rPr>
              <w:t>버전</w:t>
            </w:r>
          </w:p>
        </w:tc>
        <w:tc>
          <w:tcPr>
            <w:tcW w:w="1928" w:type="dxa"/>
            <w:shd w:val="clear" w:color="auto" w:fill="00000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8043B7" w14:textId="77777777" w:rsidR="00E218CD" w:rsidRDefault="00000000">
            <w:pPr>
              <w:pStyle w:val="DCTableHeader"/>
            </w:pPr>
            <w:r>
              <w:rPr>
                <w:color w:val="FFFFFF"/>
              </w:rPr>
              <w:t>일자</w:t>
            </w:r>
          </w:p>
        </w:tc>
        <w:tc>
          <w:tcPr>
            <w:tcW w:w="4365" w:type="dxa"/>
            <w:shd w:val="clear" w:color="auto" w:fill="00000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B29707" w14:textId="77777777" w:rsidR="00E218CD" w:rsidRDefault="00000000">
            <w:pPr>
              <w:pStyle w:val="DCTableHeader"/>
            </w:pPr>
            <w:r>
              <w:rPr>
                <w:color w:val="FFFFFF"/>
              </w:rPr>
              <w:t>변경 내용</w:t>
            </w:r>
          </w:p>
        </w:tc>
        <w:tc>
          <w:tcPr>
            <w:tcW w:w="2098" w:type="dxa"/>
            <w:shd w:val="clear" w:color="auto" w:fill="00000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58AF52" w14:textId="77777777" w:rsidR="00E218CD" w:rsidRDefault="00000000">
            <w:pPr>
              <w:pStyle w:val="DCTableHeader"/>
            </w:pPr>
            <w:r>
              <w:rPr>
                <w:color w:val="FFFFFF"/>
              </w:rPr>
              <w:t>검토 역할</w:t>
            </w:r>
          </w:p>
        </w:tc>
      </w:tr>
      <w:tr w:rsidR="00E218CD" w14:paraId="2AFEA598" w14:textId="77777777">
        <w:trPr>
          <w:cantSplit/>
          <w:jc w:val="center"/>
        </w:trPr>
        <w:tc>
          <w:tcPr>
            <w:tcW w:w="124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1E0D2C" w14:textId="77777777" w:rsidR="00E218CD" w:rsidRDefault="00000000">
            <w:pPr>
              <w:pStyle w:val="DCTable"/>
              <w:jc w:val="center"/>
            </w:pPr>
            <w:r>
              <w:t>1.0</w:t>
            </w:r>
          </w:p>
        </w:tc>
        <w:tc>
          <w:tcPr>
            <w:tcW w:w="192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EC11A6" w14:textId="77777777" w:rsidR="00E218CD" w:rsidRDefault="00000000">
            <w:pPr>
              <w:pStyle w:val="DCTable"/>
            </w:pPr>
            <w:r>
              <w:t>2026.10.20</w:t>
            </w:r>
          </w:p>
        </w:tc>
        <w:tc>
          <w:tcPr>
            <w:tcW w:w="436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6DDDC7" w14:textId="77777777" w:rsidR="00E218CD" w:rsidRDefault="00000000">
            <w:pPr>
              <w:pStyle w:val="DCTable"/>
            </w:pPr>
            <w:r>
              <w:t>재사용 양식 최초 작성</w:t>
            </w:r>
          </w:p>
        </w:tc>
        <w:tc>
          <w:tcPr>
            <w:tcW w:w="209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E1F847" w14:textId="77777777" w:rsidR="00E218CD" w:rsidRDefault="00000000">
            <w:pPr>
              <w:pStyle w:val="DCTable"/>
            </w:pPr>
            <w:r>
              <w:t>[검토 역할]</w:t>
            </w:r>
          </w:p>
        </w:tc>
      </w:tr>
      <w:tr w:rsidR="00E218CD" w14:paraId="34211F0E" w14:textId="77777777">
        <w:trPr>
          <w:cantSplit/>
          <w:jc w:val="center"/>
        </w:trPr>
        <w:tc>
          <w:tcPr>
            <w:tcW w:w="1247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237DFB" w14:textId="77777777" w:rsidR="00E218CD" w:rsidRDefault="00000000">
            <w:pPr>
              <w:pStyle w:val="DCTable"/>
              <w:jc w:val="center"/>
            </w:pPr>
            <w:r>
              <w:t>[버전]</w:t>
            </w:r>
          </w:p>
        </w:tc>
        <w:tc>
          <w:tcPr>
            <w:tcW w:w="1928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A4BDC8" w14:textId="77777777" w:rsidR="00E218CD" w:rsidRDefault="00000000">
            <w:pPr>
              <w:pStyle w:val="DCTable"/>
            </w:pPr>
            <w:r>
              <w:t>[연월일]</w:t>
            </w:r>
          </w:p>
        </w:tc>
        <w:tc>
          <w:tcPr>
            <w:tcW w:w="4365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1172F4" w14:textId="77777777" w:rsidR="00E218CD" w:rsidRDefault="00000000">
            <w:pPr>
              <w:pStyle w:val="DCTable"/>
            </w:pPr>
            <w:r>
              <w:t>[변경한 항목과 이유]</w:t>
            </w:r>
          </w:p>
        </w:tc>
        <w:tc>
          <w:tcPr>
            <w:tcW w:w="2098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73D78D" w14:textId="77777777" w:rsidR="00E218CD" w:rsidRDefault="00000000">
            <w:pPr>
              <w:pStyle w:val="DCTable"/>
            </w:pPr>
            <w:r>
              <w:t>[검토 역할]</w:t>
            </w:r>
          </w:p>
        </w:tc>
      </w:tr>
    </w:tbl>
    <w:p w14:paraId="75B125F6" w14:textId="77777777" w:rsidR="007F0686" w:rsidRDefault="007F0686"/>
    <w:sectPr w:rsidR="007F0686" w:rsidSect="00034616">
      <w:headerReference w:type="default" r:id="rId14"/>
      <w:footerReference w:type="default" r:id="rId15"/>
      <w:pgSz w:w="11906" w:h="16838"/>
      <w:pgMar w:top="850" w:right="1134" w:bottom="850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2DE7FF1" w14:textId="77777777" w:rsidR="007F0686" w:rsidRDefault="007F0686">
      <w:pPr>
        <w:spacing w:after="0" w:line="240" w:lineRule="auto"/>
      </w:pPr>
      <w:r>
        <w:separator/>
      </w:r>
    </w:p>
  </w:endnote>
  <w:endnote w:type="continuationSeparator" w:id="0">
    <w:p w14:paraId="343B3490" w14:textId="77777777" w:rsidR="007F0686" w:rsidRDefault="007F06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휴먼명조">
    <w:altName w:val="바탕"/>
    <w:panose1 w:val="020B0604020202020204"/>
    <w:charset w:val="81"/>
    <w:family w:val="roman"/>
    <w:notTrueType/>
    <w:pitch w:val="default"/>
  </w:font>
  <w:font w:name="Pretendard Variable">
    <w:panose1 w:val="02000003000000020004"/>
    <w:charset w:val="81"/>
    <w:family w:val="auto"/>
    <w:pitch w:val="variable"/>
    <w:sig w:usb0="E10002FF" w:usb1="1BD7E5FF" w:usb2="04000011" w:usb3="00000000" w:csb0="0028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9849DA" w14:textId="77777777" w:rsidR="00E218CD" w:rsidRDefault="00000000">
    <w:pPr>
      <w:pStyle w:val="DCFooter"/>
      <w:tabs>
        <w:tab w:val="right" w:pos="9638"/>
      </w:tabs>
    </w:pPr>
    <w:r>
      <w:t>양식 1.0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8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02C181" w14:textId="77777777" w:rsidR="00E218CD" w:rsidRDefault="00000000">
    <w:pPr>
      <w:pStyle w:val="DCFooter"/>
      <w:tabs>
        <w:tab w:val="right" w:pos="9638"/>
      </w:tabs>
    </w:pPr>
    <w:r>
      <w:t>양식 1.0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8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FC4D36" w14:textId="77777777" w:rsidR="00E218CD" w:rsidRDefault="00000000">
    <w:pPr>
      <w:pStyle w:val="DCFooter"/>
      <w:tabs>
        <w:tab w:val="right" w:pos="14570"/>
      </w:tabs>
    </w:pPr>
    <w:r>
      <w:t>양식 1.0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8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B5937C" w14:textId="77777777" w:rsidR="00E218CD" w:rsidRDefault="00000000">
    <w:pPr>
      <w:pStyle w:val="DCFooter"/>
      <w:tabs>
        <w:tab w:val="right" w:pos="9638"/>
      </w:tabs>
    </w:pPr>
    <w:r>
      <w:t>양식 1.0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9A5450D" w14:textId="77777777" w:rsidR="007F0686" w:rsidRDefault="007F0686">
      <w:pPr>
        <w:spacing w:after="0" w:line="240" w:lineRule="auto"/>
      </w:pPr>
      <w:r>
        <w:separator/>
      </w:r>
    </w:p>
  </w:footnote>
  <w:footnote w:type="continuationSeparator" w:id="0">
    <w:p w14:paraId="2AF35930" w14:textId="77777777" w:rsidR="007F0686" w:rsidRDefault="007F06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2DEF87" w14:textId="77777777" w:rsidR="00E218CD" w:rsidRDefault="00000000">
    <w:pPr>
      <w:pStyle w:val="DCHeader"/>
      <w:tabs>
        <w:tab w:val="right" w:pos="9638"/>
      </w:tabs>
    </w:pPr>
    <w:r>
      <w:t>문서 편집 양식</w:t>
    </w:r>
    <w:r>
      <w:tab/>
      <w:t>문서 편집 양식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B7A58A" w14:textId="77777777" w:rsidR="00E218CD" w:rsidRDefault="00000000">
    <w:pPr>
      <w:pStyle w:val="DCHeader"/>
      <w:tabs>
        <w:tab w:val="right" w:pos="14570"/>
      </w:tabs>
    </w:pPr>
    <w:r>
      <w:t>문서 편집 양식</w:t>
    </w:r>
    <w:r>
      <w:tab/>
      <w:t>문서 편집 양식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DB605F" w14:textId="77777777" w:rsidR="00E218CD" w:rsidRDefault="00000000">
    <w:pPr>
      <w:pStyle w:val="DCHeader"/>
      <w:tabs>
        <w:tab w:val="right" w:pos="9638"/>
      </w:tabs>
    </w:pPr>
    <w:r>
      <w:t>문서 편집 양식</w:t>
    </w:r>
    <w:r>
      <w:tab/>
      <w:t>문서 편집 양식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8D9252D"/>
    <w:multiLevelType w:val="multilevel"/>
    <w:tmpl w:val="AEC403EA"/>
    <w:lvl w:ilvl="0">
      <w:start w:val="1"/>
      <w:numFmt w:val="decimal"/>
      <w:pStyle w:val="1"/>
      <w:suff w:val="space"/>
      <w:lvlText w:val="%1"/>
      <w:lvlJc w:val="left"/>
      <w:pPr>
        <w:ind w:left="0" w:firstLine="0"/>
      </w:pPr>
    </w:lvl>
    <w:lvl w:ilvl="1">
      <w:start w:val="1"/>
      <w:numFmt w:val="decimal"/>
      <w:pStyle w:val="2"/>
      <w:suff w:val="space"/>
      <w:lvlText w:val="%1.%2"/>
      <w:lvlJc w:val="left"/>
      <w:pPr>
        <w:ind w:left="0" w:firstLine="0"/>
      </w:pPr>
    </w:lvl>
    <w:lvl w:ilvl="2">
      <w:start w:val="1"/>
      <w:numFmt w:val="decimal"/>
      <w:pStyle w:val="3"/>
      <w:suff w:val="space"/>
      <w:lvlText w:val="%1.%2.%3"/>
      <w:lvlJc w:val="left"/>
      <w:pPr>
        <w:ind w:left="0" w:firstLine="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64855515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538C"/>
    <w:rsid w:val="0015074B"/>
    <w:rsid w:val="001D1260"/>
    <w:rsid w:val="0029639D"/>
    <w:rsid w:val="00326F90"/>
    <w:rsid w:val="0052461F"/>
    <w:rsid w:val="007F0686"/>
    <w:rsid w:val="00AA1D8D"/>
    <w:rsid w:val="00B47730"/>
    <w:rsid w:val="00CB0664"/>
    <w:rsid w:val="00E218C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8D640F8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693F"/>
    <w:pPr>
      <w:spacing w:after="140" w:line="384" w:lineRule="auto"/>
    </w:pPr>
    <w:rPr>
      <w:rFonts w:ascii="휴먼명조" w:eastAsia="휴먼명조" w:hAnsi="휴먼명조" w:cs="휴먼명조"/>
      <w:color w:val="000000"/>
      <w:sz w:val="30"/>
      <w:lang w:val="ko-KR" w:eastAsia="ko-KR"/>
    </w:rPr>
  </w:style>
  <w:style w:type="paragraph" w:styleId="1">
    <w:name w:val="heading 1"/>
    <w:basedOn w:val="a"/>
    <w:next w:val="a"/>
    <w:link w:val="1Char"/>
    <w:uiPriority w:val="9"/>
    <w:qFormat/>
    <w:rsid w:val="00FC693F"/>
    <w:pPr>
      <w:keepNext/>
      <w:keepLines/>
      <w:numPr>
        <w:numId w:val="1"/>
      </w:numPr>
      <w:spacing w:before="360" w:after="240" w:line="300" w:lineRule="auto"/>
      <w:outlineLvl w:val="0"/>
    </w:pPr>
    <w:rPr>
      <w:rFonts w:ascii="Pretendard Variable" w:eastAsia="Pretendard Variable" w:hAnsi="Pretendard Variable" w:cs="Pretendard Variable"/>
      <w:b/>
      <w:bCs/>
      <w:sz w:val="44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FC693F"/>
    <w:pPr>
      <w:keepNext/>
      <w:keepLines/>
      <w:numPr>
        <w:ilvl w:val="1"/>
        <w:numId w:val="1"/>
      </w:numPr>
      <w:spacing w:before="300" w:after="160" w:line="300" w:lineRule="auto"/>
      <w:outlineLvl w:val="1"/>
    </w:pPr>
    <w:rPr>
      <w:rFonts w:ascii="Pretendard Variable" w:eastAsia="Pretendard Variable" w:hAnsi="Pretendard Variable" w:cs="Pretendard Variable"/>
      <w:b/>
      <w:bCs/>
      <w:sz w:val="34"/>
      <w:szCs w:val="26"/>
    </w:rPr>
  </w:style>
  <w:style w:type="paragraph" w:styleId="3">
    <w:name w:val="heading 3"/>
    <w:basedOn w:val="a"/>
    <w:next w:val="a"/>
    <w:link w:val="3Char"/>
    <w:uiPriority w:val="9"/>
    <w:unhideWhenUsed/>
    <w:qFormat/>
    <w:rsid w:val="00FC693F"/>
    <w:pPr>
      <w:keepNext/>
      <w:keepLines/>
      <w:numPr>
        <w:ilvl w:val="2"/>
        <w:numId w:val="1"/>
      </w:numPr>
      <w:spacing w:before="240" w:after="120" w:line="300" w:lineRule="auto"/>
      <w:outlineLvl w:val="2"/>
    </w:pPr>
    <w:rPr>
      <w:rFonts w:ascii="Pretendard Variable" w:eastAsia="Pretendard Variable" w:hAnsi="Pretendard Variable" w:cs="Pretendard Variable"/>
      <w:b/>
      <w:bCs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0"/>
    <w:link w:val="a3"/>
    <w:uiPriority w:val="99"/>
    <w:rsid w:val="00E618BF"/>
  </w:style>
  <w:style w:type="paragraph" w:styleId="a4">
    <w:name w:val="footer"/>
    <w:basedOn w:val="a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0"/>
    <w:link w:val="a4"/>
    <w:uiPriority w:val="99"/>
    <w:rsid w:val="00E618BF"/>
  </w:style>
  <w:style w:type="paragraph" w:styleId="a5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0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0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0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6">
    <w:name w:val="Title"/>
    <w:basedOn w:val="a"/>
    <w:next w:val="a"/>
    <w:link w:val="Char1"/>
    <w:uiPriority w:val="10"/>
    <w:qFormat/>
    <w:rsid w:val="00FC693F"/>
    <w:pPr>
      <w:spacing w:after="400" w:line="300" w:lineRule="auto"/>
      <w:contextualSpacing/>
    </w:pPr>
    <w:rPr>
      <w:rFonts w:ascii="Pretendard Variable" w:eastAsia="Pretendard Variable" w:hAnsi="Pretendard Variable" w:cs="Pretendard Variable"/>
      <w:b/>
      <w:spacing w:val="5"/>
      <w:kern w:val="28"/>
      <w:sz w:val="60"/>
      <w:szCs w:val="52"/>
    </w:rPr>
  </w:style>
  <w:style w:type="character" w:customStyle="1" w:styleId="Char1">
    <w:name w:val="제목 Char"/>
    <w:basedOn w:val="a0"/>
    <w:link w:val="a6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0"/>
    <w:link w:val="a7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List Paragraph"/>
    <w:basedOn w:val="a"/>
    <w:uiPriority w:val="34"/>
    <w:qFormat/>
    <w:rsid w:val="00FC693F"/>
    <w:pPr>
      <w:ind w:left="720"/>
      <w:contextualSpacing/>
    </w:pPr>
  </w:style>
  <w:style w:type="paragraph" w:styleId="a9">
    <w:name w:val="Body Text"/>
    <w:basedOn w:val="a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0"/>
    <w:link w:val="a9"/>
    <w:uiPriority w:val="99"/>
    <w:rsid w:val="00AA1D8D"/>
  </w:style>
  <w:style w:type="paragraph" w:styleId="20">
    <w:name w:val="Body Text 2"/>
    <w:basedOn w:val="a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0"/>
    <w:link w:val="20"/>
    <w:uiPriority w:val="99"/>
    <w:rsid w:val="00AA1D8D"/>
  </w:style>
  <w:style w:type="paragraph" w:styleId="30">
    <w:name w:val="Body Text 3"/>
    <w:basedOn w:val="a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0"/>
    <w:link w:val="30"/>
    <w:uiPriority w:val="99"/>
    <w:rsid w:val="00AA1D8D"/>
    <w:rPr>
      <w:sz w:val="16"/>
      <w:szCs w:val="16"/>
    </w:rPr>
  </w:style>
  <w:style w:type="paragraph" w:styleId="aa">
    <w:name w:val="List"/>
    <w:basedOn w:val="a"/>
    <w:uiPriority w:val="99"/>
    <w:unhideWhenUsed/>
    <w:rsid w:val="00AA1D8D"/>
    <w:pPr>
      <w:ind w:left="360" w:hanging="360"/>
      <w:contextualSpacing/>
    </w:pPr>
  </w:style>
  <w:style w:type="paragraph" w:styleId="21">
    <w:name w:val="List 2"/>
    <w:basedOn w:val="a"/>
    <w:uiPriority w:val="99"/>
    <w:unhideWhenUsed/>
    <w:rsid w:val="00326F90"/>
    <w:pPr>
      <w:ind w:left="720" w:hanging="360"/>
      <w:contextualSpacing/>
    </w:pPr>
  </w:style>
  <w:style w:type="paragraph" w:styleId="31">
    <w:name w:val="List 3"/>
    <w:basedOn w:val="a"/>
    <w:uiPriority w:val="99"/>
    <w:unhideWhenUsed/>
    <w:rsid w:val="00326F90"/>
    <w:pPr>
      <w:ind w:left="1080" w:hanging="360"/>
      <w:contextualSpacing/>
    </w:pPr>
  </w:style>
  <w:style w:type="paragraph" w:styleId="ab">
    <w:name w:val="List Bullet"/>
    <w:basedOn w:val="a"/>
    <w:uiPriority w:val="99"/>
    <w:unhideWhenUsed/>
    <w:rsid w:val="00326F90"/>
    <w:pPr>
      <w:contextualSpacing/>
    </w:pPr>
  </w:style>
  <w:style w:type="paragraph" w:styleId="22">
    <w:name w:val="List Bullet 2"/>
    <w:basedOn w:val="a"/>
    <w:uiPriority w:val="99"/>
    <w:unhideWhenUsed/>
    <w:rsid w:val="00326F90"/>
    <w:pPr>
      <w:tabs>
        <w:tab w:val="num" w:pos="360"/>
      </w:tabs>
      <w:contextualSpacing/>
    </w:pPr>
  </w:style>
  <w:style w:type="paragraph" w:styleId="32">
    <w:name w:val="List Bullet 3"/>
    <w:basedOn w:val="a"/>
    <w:uiPriority w:val="99"/>
    <w:unhideWhenUsed/>
    <w:rsid w:val="00326F90"/>
    <w:pPr>
      <w:tabs>
        <w:tab w:val="num" w:pos="360"/>
      </w:tabs>
      <w:contextualSpacing/>
    </w:pPr>
  </w:style>
  <w:style w:type="paragraph" w:styleId="ac">
    <w:name w:val="List Number"/>
    <w:basedOn w:val="a"/>
    <w:uiPriority w:val="99"/>
    <w:unhideWhenUsed/>
    <w:rsid w:val="00326F90"/>
    <w:pPr>
      <w:tabs>
        <w:tab w:val="num" w:pos="360"/>
      </w:tabs>
      <w:contextualSpacing/>
    </w:pPr>
  </w:style>
  <w:style w:type="paragraph" w:styleId="23">
    <w:name w:val="List Number 2"/>
    <w:basedOn w:val="a"/>
    <w:uiPriority w:val="99"/>
    <w:unhideWhenUsed/>
    <w:rsid w:val="0029639D"/>
    <w:pPr>
      <w:tabs>
        <w:tab w:val="num" w:pos="360"/>
      </w:tabs>
      <w:contextualSpacing/>
    </w:pPr>
  </w:style>
  <w:style w:type="paragraph" w:styleId="33">
    <w:name w:val="List Number 3"/>
    <w:basedOn w:val="a"/>
    <w:uiPriority w:val="99"/>
    <w:unhideWhenUsed/>
    <w:rsid w:val="0029639D"/>
    <w:pPr>
      <w:tabs>
        <w:tab w:val="num" w:pos="360"/>
      </w:tabs>
      <w:contextualSpacing/>
    </w:pPr>
  </w:style>
  <w:style w:type="paragraph" w:styleId="ad">
    <w:name w:val="List Continue"/>
    <w:basedOn w:val="a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0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"/>
    <w:next w:val="a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0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0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0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0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0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0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0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"/>
    <w:next w:val="a"/>
    <w:uiPriority w:val="35"/>
    <w:semiHidden/>
    <w:unhideWhenUsed/>
    <w:qFormat/>
    <w:rsid w:val="00FC693F"/>
    <w:pPr>
      <w:spacing w:before="120" w:after="160" w:line="324" w:lineRule="auto"/>
    </w:pPr>
    <w:rPr>
      <w:rFonts w:ascii="Pretendard Variable" w:eastAsia="Pretendard Variable" w:hAnsi="Pretendard Variable" w:cs="Pretendard Variable"/>
      <w:bCs/>
      <w:sz w:val="24"/>
      <w:szCs w:val="18"/>
    </w:rPr>
  </w:style>
  <w:style w:type="character" w:styleId="af1">
    <w:name w:val="Strong"/>
    <w:basedOn w:val="a0"/>
    <w:uiPriority w:val="22"/>
    <w:qFormat/>
    <w:rsid w:val="00FC693F"/>
    <w:rPr>
      <w:b/>
      <w:bCs/>
    </w:rPr>
  </w:style>
  <w:style w:type="character" w:styleId="af2">
    <w:name w:val="Emphasis"/>
    <w:basedOn w:val="a0"/>
    <w:uiPriority w:val="20"/>
    <w:qFormat/>
    <w:rsid w:val="00FC693F"/>
    <w:rPr>
      <w:i/>
      <w:iCs/>
    </w:rPr>
  </w:style>
  <w:style w:type="paragraph" w:styleId="af3">
    <w:name w:val="Intense Quote"/>
    <w:basedOn w:val="a"/>
    <w:next w:val="a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0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0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0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0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0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0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a"/>
    <w:next w:val="a"/>
    <w:uiPriority w:val="39"/>
    <w:semiHidden/>
    <w:unhideWhenUsed/>
    <w:qFormat/>
    <w:rsid w:val="00FC693F"/>
    <w:pPr>
      <w:spacing w:before="120" w:after="160" w:line="324" w:lineRule="auto"/>
    </w:pPr>
    <w:rPr>
      <w:rFonts w:ascii="Pretendard Variable" w:eastAsia="Pretendard Variable" w:hAnsi="Pretendard Variable" w:cs="Pretendard Variable"/>
      <w:b/>
      <w:sz w:val="44"/>
    </w:rPr>
  </w:style>
  <w:style w:type="table" w:styleId="af9">
    <w:name w:val="Table Grid"/>
    <w:basedOn w:val="a1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1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1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1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1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1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1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1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1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1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1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1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1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1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1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1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1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1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1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1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1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1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1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1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1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1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1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1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1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1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1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1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1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1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1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1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1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1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1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1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1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1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1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1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1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1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1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1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1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1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1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1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1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1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1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1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1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1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1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1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1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1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1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1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1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1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1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1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1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1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1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1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1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1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1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1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1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1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1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1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1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1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1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1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1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1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1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1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1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1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1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1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1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1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1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1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1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1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CBrand">
    <w:name w:val="DC Brand"/>
    <w:basedOn w:val="a"/>
    <w:pPr>
      <w:spacing w:after="120" w:line="336" w:lineRule="auto"/>
    </w:pPr>
    <w:rPr>
      <w:rFonts w:ascii="Pretendard Variable" w:eastAsia="Pretendard Variable" w:hAnsi="Pretendard Variable" w:cs="Pretendard Variable"/>
      <w:b/>
      <w:sz w:val="26"/>
    </w:rPr>
  </w:style>
  <w:style w:type="paragraph" w:customStyle="1" w:styleId="DCKicker">
    <w:name w:val="DC Kicker"/>
    <w:basedOn w:val="a"/>
    <w:pPr>
      <w:spacing w:after="120" w:line="336" w:lineRule="auto"/>
    </w:pPr>
    <w:rPr>
      <w:rFonts w:ascii="Pretendard Variable" w:eastAsia="Pretendard Variable" w:hAnsi="Pretendard Variable" w:cs="Pretendard Variable"/>
      <w:b/>
      <w:sz w:val="24"/>
    </w:rPr>
  </w:style>
  <w:style w:type="paragraph" w:customStyle="1" w:styleId="DCMetadata">
    <w:name w:val="DC Metadata"/>
    <w:basedOn w:val="a"/>
    <w:pPr>
      <w:spacing w:after="120" w:line="336" w:lineRule="auto"/>
    </w:pPr>
    <w:rPr>
      <w:rFonts w:ascii="Pretendard Variable" w:eastAsia="Pretendard Variable" w:hAnsi="Pretendard Variable" w:cs="Pretendard Variable"/>
      <w:color w:val="606873"/>
      <w:sz w:val="24"/>
    </w:rPr>
  </w:style>
  <w:style w:type="paragraph" w:customStyle="1" w:styleId="DCHeader">
    <w:name w:val="DC Header"/>
    <w:basedOn w:val="a"/>
    <w:pPr>
      <w:spacing w:after="120" w:line="336" w:lineRule="auto"/>
    </w:pPr>
    <w:rPr>
      <w:rFonts w:ascii="Pretendard Variable" w:eastAsia="Pretendard Variable" w:hAnsi="Pretendard Variable" w:cs="Pretendard Variable"/>
      <w:sz w:val="20"/>
    </w:rPr>
  </w:style>
  <w:style w:type="paragraph" w:customStyle="1" w:styleId="DCFooter">
    <w:name w:val="DC Footer"/>
    <w:basedOn w:val="a"/>
    <w:pPr>
      <w:spacing w:after="120" w:line="336" w:lineRule="auto"/>
    </w:pPr>
    <w:rPr>
      <w:rFonts w:ascii="Pretendard Variable" w:eastAsia="Pretendard Variable" w:hAnsi="Pretendard Variable" w:cs="Pretendard Variable"/>
      <w:color w:val="606873"/>
      <w:sz w:val="20"/>
    </w:rPr>
  </w:style>
  <w:style w:type="paragraph" w:customStyle="1" w:styleId="DCTable">
    <w:name w:val="DC Table"/>
    <w:basedOn w:val="a"/>
    <w:pPr>
      <w:spacing w:after="0" w:line="336" w:lineRule="auto"/>
    </w:pPr>
    <w:rPr>
      <w:rFonts w:ascii="Pretendard Variable" w:eastAsia="Pretendard Variable" w:hAnsi="Pretendard Variable" w:cs="Pretendard Variable"/>
      <w:sz w:val="25"/>
    </w:rPr>
  </w:style>
  <w:style w:type="paragraph" w:customStyle="1" w:styleId="DCTableHeader">
    <w:name w:val="DC Table Header"/>
    <w:basedOn w:val="a"/>
    <w:pPr>
      <w:spacing w:after="0" w:line="336" w:lineRule="auto"/>
    </w:pPr>
    <w:rPr>
      <w:rFonts w:ascii="Pretendard Variable" w:eastAsia="Pretendard Variable" w:hAnsi="Pretendard Variable" w:cs="Pretendard Variable"/>
      <w:b/>
      <w:sz w:val="25"/>
    </w:rPr>
  </w:style>
  <w:style w:type="paragraph" w:customStyle="1" w:styleId="DCSource">
    <w:name w:val="DC Source"/>
    <w:basedOn w:val="a"/>
    <w:pPr>
      <w:spacing w:after="120" w:line="336" w:lineRule="auto"/>
    </w:pPr>
    <w:rPr>
      <w:rFonts w:ascii="Pretendard Variable" w:eastAsia="Pretendard Variable" w:hAnsi="Pretendard Variable" w:cs="Pretendard Variable"/>
      <w:color w:val="606873"/>
      <w:sz w:val="24"/>
    </w:rPr>
  </w:style>
  <w:style w:type="paragraph" w:customStyle="1" w:styleId="DCAppendix">
    <w:name w:val="DC Appendix"/>
    <w:basedOn w:val="a"/>
    <w:pPr>
      <w:spacing w:after="120" w:line="336" w:lineRule="auto"/>
    </w:pPr>
    <w:rPr>
      <w:rFonts w:ascii="Pretendard Variable" w:eastAsia="Pretendard Variable" w:hAnsi="Pretendard Variable" w:cs="Pretendard Variable"/>
      <w:b/>
      <w:sz w:val="38"/>
    </w:rPr>
  </w:style>
  <w:style w:type="paragraph" w:customStyle="1" w:styleId="DCChangeLog">
    <w:name w:val="DC Change Log"/>
    <w:basedOn w:val="a"/>
    <w:pPr>
      <w:spacing w:after="0" w:line="336" w:lineRule="auto"/>
    </w:pPr>
    <w:rPr>
      <w:rFonts w:ascii="Pretendard Variable" w:eastAsia="Pretendard Variable" w:hAnsi="Pretendard Variable" w:cs="Pretendard Variable"/>
      <w:sz w:val="23"/>
    </w:rPr>
  </w:style>
  <w:style w:type="paragraph" w:customStyle="1" w:styleId="110">
    <w:name w:val="목차 11"/>
    <w:basedOn w:val="a"/>
    <w:pPr>
      <w:tabs>
        <w:tab w:val="right" w:leader="dot" w:pos="9524"/>
      </w:tabs>
      <w:spacing w:after="40"/>
    </w:pPr>
    <w:rPr>
      <w:rFonts w:ascii="Pretendard Variable" w:eastAsia="Pretendard Variable" w:hAnsi="Pretendard Variable" w:cs="Pretendard Variable"/>
      <w:sz w:val="24"/>
    </w:rPr>
  </w:style>
  <w:style w:type="paragraph" w:customStyle="1" w:styleId="210">
    <w:name w:val="목차 21"/>
    <w:basedOn w:val="a"/>
    <w:pPr>
      <w:tabs>
        <w:tab w:val="right" w:leader="dot" w:pos="9524"/>
      </w:tabs>
      <w:spacing w:after="40"/>
      <w:ind w:left="283"/>
    </w:pPr>
    <w:rPr>
      <w:rFonts w:ascii="Pretendard Variable" w:eastAsia="Pretendard Variable" w:hAnsi="Pretendard Variable" w:cs="Pretendard Variable"/>
      <w:sz w:val="24"/>
    </w:rPr>
  </w:style>
  <w:style w:type="paragraph" w:customStyle="1" w:styleId="310">
    <w:name w:val="목차 31"/>
    <w:basedOn w:val="a"/>
    <w:pPr>
      <w:tabs>
        <w:tab w:val="right" w:leader="dot" w:pos="9524"/>
      </w:tabs>
      <w:spacing w:after="40"/>
      <w:ind w:left="567"/>
    </w:pPr>
    <w:rPr>
      <w:rFonts w:ascii="Pretendard Variable" w:eastAsia="Pretendard Variable" w:hAnsi="Pretendard Variable" w:cs="Pretendard Variable"/>
      <w:sz w:val="24"/>
    </w:rPr>
  </w:style>
  <w:style w:type="paragraph" w:styleId="13">
    <w:name w:val="toc 1"/>
    <w:basedOn w:val="a"/>
    <w:next w:val="a"/>
    <w:autoRedefine/>
    <w:uiPriority w:val="39"/>
    <w:unhideWhenUsed/>
    <w:rsid w:val="0009538C"/>
  </w:style>
  <w:style w:type="paragraph" w:styleId="28">
    <w:name w:val="toc 2"/>
    <w:basedOn w:val="a"/>
    <w:next w:val="a"/>
    <w:autoRedefine/>
    <w:uiPriority w:val="39"/>
    <w:unhideWhenUsed/>
    <w:rsid w:val="0009538C"/>
    <w:pPr>
      <w:ind w:leftChars="200" w:left="425"/>
    </w:pPr>
  </w:style>
  <w:style w:type="paragraph" w:styleId="36">
    <w:name w:val="toc 3"/>
    <w:basedOn w:val="a"/>
    <w:next w:val="a"/>
    <w:autoRedefine/>
    <w:uiPriority w:val="39"/>
    <w:unhideWhenUsed/>
    <w:rsid w:val="0009538C"/>
    <w:pPr>
      <w:ind w:leftChars="400" w:left="850"/>
    </w:pPr>
  </w:style>
  <w:style w:type="character" w:styleId="aff1">
    <w:name w:val="Hyperlink"/>
    <w:basedOn w:val="a0"/>
    <w:uiPriority w:val="99"/>
    <w:unhideWhenUsed/>
    <w:rsid w:val="00095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8</Pages>
  <Words>673</Words>
  <Characters>1794</Characters>
  <Application>Microsoft Office Word</Application>
  <DocSecurity>0</DocSecurity>
  <Lines>197</Lines>
  <Paragraphs>179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문서 편집 양식</dc:title>
  <dc:subject>재사용 가능한 Word 문서 양식</dc:subject>
  <dc:creator/>
  <cp:keywords/>
  <dc:description/>
  <cp:lastModifiedBy/>
  <cp:revision>1</cp:revision>
  <dcterms:created xsi:type="dcterms:W3CDTF">2026-10-20T01:27:00Z</dcterms:created>
  <dcterms:modified xsi:type="dcterms:W3CDTF">2026-10-20T01:27:00Z</dcterms:modified>
  <cp:category/>
  <dc:identifier/>
</cp:coreProperties>
</file>