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E6B682" w14:textId="77777777" w:rsidR="00AF1A8B" w:rsidRDefault="00000000">
      <w:pPr>
        <w:spacing w:before="200" w:after="440"/>
      </w:pPr>
      <w:r>
        <w:rPr>
          <w:noProof/>
        </w:rPr>
        <w:drawing>
          <wp:inline distT="0" distB="0" distL="0" distR="0" wp14:anchorId="4C81939A" wp14:editId="22085C48">
            <wp:extent cx="1728000" cy="876960"/>
            <wp:effectExtent l="0" t="0" r="0" b="0"/>
            <wp:docPr id="1" name="Picture 1" descr="Dante Company 공식 기본 로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ante-company-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28000" cy="876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F48C9D" w14:textId="77777777" w:rsidR="00AF1A8B" w:rsidRDefault="00000000">
      <w:pPr>
        <w:pStyle w:val="a6"/>
      </w:pPr>
      <w:sdt>
        <w:sdtPr>
          <w:alias w:val="문서 제목"/>
          <w:tag w:val="문서 제목"/>
          <w:id w:val="1001"/>
          <w:text/>
        </w:sdtPr>
        <w:sdtContent>
          <w:r>
            <w:t>[사업명 또는 문서 제목]</w:t>
          </w:r>
        </w:sdtContent>
      </w:sdt>
    </w:p>
    <w:p w14:paraId="63C36FAC" w14:textId="77777777" w:rsidR="00AF1A8B" w:rsidRDefault="00000000">
      <w:sdt>
        <w:sdtPr>
          <w:alias w:val="문서 목적"/>
          <w:tag w:val="문서 목적"/>
          <w:id w:val="1002"/>
          <w:text/>
        </w:sdtPr>
        <w:sdtContent>
          <w:r>
            <w:t>[독자가 결정하거나 확인할 사항을 한 문장으로 작성]</w:t>
          </w:r>
        </w:sdtContent>
      </w:sdt>
    </w:p>
    <w:p w14:paraId="5BA01770" w14:textId="77777777" w:rsidR="00AF1A8B" w:rsidRDefault="00000000">
      <w:pPr>
        <w:pStyle w:val="DCKicker"/>
        <w:spacing w:before="400" w:after="200"/>
      </w:pPr>
      <w:r>
        <w:t>문서 정보 편집 영역</w:t>
      </w:r>
    </w:p>
    <w:p w14:paraId="27B00A7E" w14:textId="77777777" w:rsidR="00AF1A8B" w:rsidRDefault="00000000">
      <w:pPr>
        <w:pStyle w:val="DCMetadata"/>
      </w:pPr>
      <w:r>
        <w:t xml:space="preserve">수신  </w:t>
      </w:r>
      <w:sdt>
        <w:sdtPr>
          <w:alias w:val="수신처"/>
          <w:tag w:val="수신처"/>
          <w:id w:val="1003"/>
          <w:text/>
        </w:sdtPr>
        <w:sdtContent>
          <w:r>
            <w:t>[수신 기관 또는 독자]</w:t>
          </w:r>
        </w:sdtContent>
      </w:sdt>
    </w:p>
    <w:p w14:paraId="278F3F58" w14:textId="77777777" w:rsidR="00AF1A8B" w:rsidRDefault="00000000">
      <w:pPr>
        <w:pStyle w:val="DCMetadata"/>
      </w:pPr>
      <w:r>
        <w:t xml:space="preserve">문서번호  </w:t>
      </w:r>
      <w:sdt>
        <w:sdtPr>
          <w:alias w:val="문서번호"/>
          <w:tag w:val="문서번호"/>
          <w:id w:val="1004"/>
          <w:text/>
        </w:sdtPr>
        <w:sdtContent>
          <w:r>
            <w:t>[문서번호]</w:t>
          </w:r>
        </w:sdtContent>
      </w:sdt>
    </w:p>
    <w:p w14:paraId="3D7DD5F5" w14:textId="77777777" w:rsidR="00AF1A8B" w:rsidRDefault="00000000">
      <w:pPr>
        <w:pStyle w:val="DCMetadata"/>
      </w:pPr>
      <w:r>
        <w:t xml:space="preserve">작성일  </w:t>
      </w:r>
      <w:sdt>
        <w:sdtPr>
          <w:alias w:val="작성일"/>
          <w:tag w:val="작성일"/>
          <w:id w:val="1005"/>
          <w:text/>
        </w:sdtPr>
        <w:sdtContent>
          <w:r>
            <w:t>[연월일]</w:t>
          </w:r>
        </w:sdtContent>
      </w:sdt>
    </w:p>
    <w:p w14:paraId="1F85DA51" w14:textId="77777777" w:rsidR="00AF1A8B" w:rsidRDefault="00000000">
      <w:pPr>
        <w:pStyle w:val="DCMetadata"/>
      </w:pPr>
      <w:r>
        <w:t xml:space="preserve">버전  </w:t>
      </w:r>
      <w:sdt>
        <w:sdtPr>
          <w:alias w:val="문서 버전"/>
          <w:tag w:val="문서 버전"/>
          <w:id w:val="1006"/>
          <w:text/>
        </w:sdtPr>
        <w:sdtContent>
          <w:r>
            <w:t>[버전]</w:t>
          </w:r>
        </w:sdtContent>
      </w:sdt>
    </w:p>
    <w:p w14:paraId="6D1525BF" w14:textId="77777777" w:rsidR="00AF1A8B" w:rsidRDefault="00000000">
      <w:pPr>
        <w:pStyle w:val="DCMetadata"/>
      </w:pPr>
      <w:r>
        <w:t xml:space="preserve">작성  </w:t>
      </w:r>
      <w:sdt>
        <w:sdtPr>
          <w:alias w:val="작성자"/>
          <w:tag w:val="작성자"/>
          <w:id w:val="1007"/>
          <w:text/>
        </w:sdtPr>
        <w:sdtContent>
          <w:r>
            <w:t>[작성자 또는 담당 부서]</w:t>
          </w:r>
        </w:sdtContent>
      </w:sdt>
    </w:p>
    <w:p w14:paraId="5F5605CC" w14:textId="77777777" w:rsidR="00AF1A8B" w:rsidRDefault="00000000">
      <w:pPr>
        <w:pStyle w:val="DCKicker"/>
        <w:spacing w:before="400" w:after="160"/>
      </w:pPr>
      <w:r>
        <w:t>검토 메모 편집 후 삭제</w:t>
      </w:r>
    </w:p>
    <w:p w14:paraId="0229553B" w14:textId="77777777" w:rsidR="00AF1A8B" w:rsidRDefault="00000000">
      <w:pPr>
        <w:pStyle w:val="DCSource"/>
        <w:spacing w:after="160"/>
      </w:pPr>
      <w:sdt>
        <w:sdtPr>
          <w:alias w:val="내부 검토 메모"/>
          <w:tag w:val="내부 검토 메모"/>
          <w:id w:val="1008"/>
          <w:text/>
        </w:sdtPr>
        <w:sdtContent>
          <w:r>
            <w:t>[내부 검토 메모를 입력하고 외부 배포 전에 이 제목과 메모 문단을 삭제]</w:t>
          </w:r>
        </w:sdtContent>
      </w:sdt>
    </w:p>
    <w:p w14:paraId="06B75E0D" w14:textId="77777777" w:rsidR="00AF1A8B" w:rsidRDefault="00000000">
      <w:pPr>
        <w:pStyle w:val="DCSource"/>
      </w:pPr>
      <w:r>
        <w:t>빈칸과 예시는 실제 사실로 바꾸고 근거를 대조한다. 필수 공고 서식에는 이 양식을 적용하지 않는다.</w:t>
      </w:r>
    </w:p>
    <w:p w14:paraId="439FD33E" w14:textId="77777777" w:rsidR="00AF1A8B" w:rsidRDefault="00000000">
      <w:pPr>
        <w:spacing w:after="0"/>
      </w:pPr>
      <w:r>
        <w:br w:type="page"/>
      </w:r>
    </w:p>
    <w:p w14:paraId="6577DD09" w14:textId="77777777" w:rsidR="00AF1A8B" w:rsidRDefault="00000000">
      <w:pPr>
        <w:pStyle w:val="TOC"/>
        <w:spacing w:after="300"/>
      </w:pPr>
      <w:r>
        <w:lastRenderedPageBreak/>
        <w:t>목차</w:t>
      </w:r>
    </w:p>
    <w:p w14:paraId="426785ED" w14:textId="77777777" w:rsidR="00290F3E" w:rsidRDefault="00000000">
      <w:pPr>
        <w:pStyle w:val="13"/>
        <w:tabs>
          <w:tab w:val="right" w:leader="dot" w:pos="9628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43384219" w:history="1">
        <w:r w:rsidR="00290F3E" w:rsidRPr="003A6CE8">
          <w:rPr>
            <w:rStyle w:val="aff1"/>
            <w:noProof/>
          </w:rPr>
          <w:t>1 문서 개요</w:t>
        </w:r>
        <w:r w:rsidR="00290F3E">
          <w:rPr>
            <w:noProof/>
            <w:webHidden/>
          </w:rPr>
          <w:tab/>
        </w:r>
        <w:r w:rsidR="00290F3E">
          <w:rPr>
            <w:noProof/>
            <w:webHidden/>
          </w:rPr>
          <w:fldChar w:fldCharType="begin"/>
        </w:r>
        <w:r w:rsidR="00290F3E">
          <w:rPr>
            <w:noProof/>
            <w:webHidden/>
          </w:rPr>
          <w:instrText xml:space="preserve"> PAGEREF _Toc243384219 \h </w:instrText>
        </w:r>
        <w:r w:rsidR="00290F3E">
          <w:rPr>
            <w:noProof/>
            <w:webHidden/>
          </w:rPr>
        </w:r>
        <w:r w:rsidR="00290F3E">
          <w:rPr>
            <w:noProof/>
            <w:webHidden/>
          </w:rPr>
          <w:fldChar w:fldCharType="separate"/>
        </w:r>
        <w:r w:rsidR="00290F3E">
          <w:rPr>
            <w:noProof/>
            <w:webHidden/>
          </w:rPr>
          <w:t>3</w:t>
        </w:r>
        <w:r w:rsidR="00290F3E">
          <w:rPr>
            <w:noProof/>
            <w:webHidden/>
          </w:rPr>
          <w:fldChar w:fldCharType="end"/>
        </w:r>
      </w:hyperlink>
    </w:p>
    <w:p w14:paraId="18899EE8" w14:textId="77777777" w:rsidR="00290F3E" w:rsidRDefault="00290F3E">
      <w:pPr>
        <w:pStyle w:val="28"/>
        <w:tabs>
          <w:tab w:val="right" w:leader="dot" w:pos="9628"/>
        </w:tabs>
        <w:ind w:left="480"/>
        <w:rPr>
          <w:noProof/>
        </w:rPr>
      </w:pPr>
      <w:hyperlink w:anchor="_Toc243384220" w:history="1">
        <w:r w:rsidRPr="003A6CE8">
          <w:rPr>
            <w:rStyle w:val="aff1"/>
            <w:noProof/>
          </w:rPr>
          <w:t>1.1 작성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2A1DA88" w14:textId="77777777" w:rsidR="00290F3E" w:rsidRDefault="00290F3E">
      <w:pPr>
        <w:pStyle w:val="36"/>
        <w:tabs>
          <w:tab w:val="right" w:leader="dot" w:pos="9628"/>
        </w:tabs>
        <w:ind w:left="960"/>
        <w:rPr>
          <w:noProof/>
        </w:rPr>
      </w:pPr>
      <w:hyperlink w:anchor="_Toc243384221" w:history="1">
        <w:r w:rsidRPr="003A6CE8">
          <w:rPr>
            <w:rStyle w:val="aff1"/>
            <w:noProof/>
          </w:rPr>
          <w:t>1.1.1 근거 확인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64992B6" w14:textId="77777777" w:rsidR="00290F3E" w:rsidRDefault="00290F3E">
      <w:pPr>
        <w:pStyle w:val="28"/>
        <w:tabs>
          <w:tab w:val="right" w:leader="dot" w:pos="9628"/>
        </w:tabs>
        <w:ind w:left="480"/>
        <w:rPr>
          <w:noProof/>
        </w:rPr>
      </w:pPr>
      <w:hyperlink w:anchor="_Toc243384222" w:history="1">
        <w:r w:rsidRPr="003A6CE8">
          <w:rPr>
            <w:rStyle w:val="aff1"/>
            <w:noProof/>
          </w:rPr>
          <w:t>1.2 적용 범위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F8E1AF9" w14:textId="77777777" w:rsidR="00290F3E" w:rsidRDefault="00290F3E">
      <w:pPr>
        <w:pStyle w:val="13"/>
        <w:tabs>
          <w:tab w:val="right" w:leader="dot" w:pos="9628"/>
        </w:tabs>
        <w:rPr>
          <w:noProof/>
        </w:rPr>
      </w:pPr>
      <w:hyperlink w:anchor="_Toc243384223" w:history="1">
        <w:r w:rsidRPr="003A6CE8">
          <w:rPr>
            <w:rStyle w:val="aff1"/>
            <w:noProof/>
          </w:rPr>
          <w:t>2 수행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9AD878A" w14:textId="77777777" w:rsidR="00290F3E" w:rsidRDefault="00290F3E">
      <w:pPr>
        <w:pStyle w:val="28"/>
        <w:tabs>
          <w:tab w:val="right" w:leader="dot" w:pos="9628"/>
        </w:tabs>
        <w:ind w:left="480"/>
        <w:rPr>
          <w:noProof/>
        </w:rPr>
      </w:pPr>
      <w:hyperlink w:anchor="_Toc243384224" w:history="1">
        <w:r w:rsidRPr="003A6CE8">
          <w:rPr>
            <w:rStyle w:val="aff1"/>
            <w:noProof/>
          </w:rPr>
          <w:t>2.1 절차와 검수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135A51A" w14:textId="77777777" w:rsidR="00290F3E" w:rsidRDefault="00290F3E">
      <w:pPr>
        <w:pStyle w:val="36"/>
        <w:tabs>
          <w:tab w:val="right" w:leader="dot" w:pos="9628"/>
        </w:tabs>
        <w:ind w:left="960"/>
        <w:rPr>
          <w:noProof/>
        </w:rPr>
      </w:pPr>
      <w:hyperlink w:anchor="_Toc243384225" w:history="1">
        <w:r w:rsidRPr="003A6CE8">
          <w:rPr>
            <w:rStyle w:val="aff1"/>
            <w:noProof/>
          </w:rPr>
          <w:t>2.1.1 확인 자료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20BCCD5" w14:textId="77777777" w:rsidR="00290F3E" w:rsidRDefault="00290F3E">
      <w:pPr>
        <w:pStyle w:val="13"/>
        <w:tabs>
          <w:tab w:val="right" w:leader="dot" w:pos="9628"/>
        </w:tabs>
        <w:rPr>
          <w:noProof/>
        </w:rPr>
      </w:pPr>
      <w:hyperlink w:anchor="_Toc243384226" w:history="1">
        <w:r w:rsidRPr="003A6CE8">
          <w:rPr>
            <w:rStyle w:val="aff1"/>
            <w:noProof/>
          </w:rPr>
          <w:t>3 화면과 자료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9BDE0EC" w14:textId="77777777" w:rsidR="00290F3E" w:rsidRDefault="00290F3E">
      <w:pPr>
        <w:pStyle w:val="28"/>
        <w:tabs>
          <w:tab w:val="right" w:leader="dot" w:pos="9628"/>
        </w:tabs>
        <w:ind w:left="480"/>
        <w:rPr>
          <w:noProof/>
        </w:rPr>
      </w:pPr>
      <w:hyperlink w:anchor="_Toc243384227" w:history="1">
        <w:r w:rsidRPr="003A6CE8">
          <w:rPr>
            <w:rStyle w:val="aff1"/>
            <w:noProof/>
          </w:rPr>
          <w:t>3.1 화면 배치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46A7388" w14:textId="77777777" w:rsidR="00290F3E" w:rsidRDefault="00290F3E">
      <w:pPr>
        <w:pStyle w:val="13"/>
        <w:tabs>
          <w:tab w:val="right" w:leader="dot" w:pos="9628"/>
        </w:tabs>
        <w:rPr>
          <w:noProof/>
        </w:rPr>
      </w:pPr>
      <w:hyperlink w:anchor="_Toc243384228" w:history="1">
        <w:r w:rsidRPr="003A6CE8">
          <w:rPr>
            <w:rStyle w:val="aff1"/>
            <w:noProof/>
          </w:rPr>
          <w:t>4 일정과 검수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2DF1248" w14:textId="77777777" w:rsidR="00290F3E" w:rsidRDefault="00290F3E">
      <w:pPr>
        <w:pStyle w:val="28"/>
        <w:tabs>
          <w:tab w:val="right" w:leader="dot" w:pos="9628"/>
        </w:tabs>
        <w:ind w:left="480"/>
        <w:rPr>
          <w:noProof/>
        </w:rPr>
      </w:pPr>
      <w:hyperlink w:anchor="_Toc243384229" w:history="1">
        <w:r w:rsidRPr="003A6CE8">
          <w:rPr>
            <w:rStyle w:val="aff1"/>
            <w:noProof/>
          </w:rPr>
          <w:t>4.1 세부 관리표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2CD20E3" w14:textId="77777777" w:rsidR="00290F3E" w:rsidRDefault="00290F3E">
      <w:pPr>
        <w:pStyle w:val="13"/>
        <w:tabs>
          <w:tab w:val="right" w:leader="dot" w:pos="9628"/>
        </w:tabs>
        <w:rPr>
          <w:noProof/>
        </w:rPr>
      </w:pPr>
      <w:hyperlink w:anchor="_Toc243384230" w:history="1">
        <w:r w:rsidRPr="003A6CE8">
          <w:rPr>
            <w:rStyle w:val="aff1"/>
            <w:noProof/>
          </w:rPr>
          <w:t>부록 작성 기록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_Toc243384230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627357F0" w14:textId="77777777" w:rsidR="00AF1A8B" w:rsidRDefault="00000000">
      <w:pPr>
        <w:pStyle w:val="110"/>
      </w:pPr>
      <w:r>
        <w:fldChar w:fldCharType="end"/>
      </w:r>
    </w:p>
    <w:p w14:paraId="7E018A38" w14:textId="77777777" w:rsidR="00AF1A8B" w:rsidRDefault="00000000">
      <w:pPr>
        <w:spacing w:after="0"/>
      </w:pPr>
      <w:r>
        <w:br w:type="page"/>
      </w:r>
    </w:p>
    <w:p w14:paraId="1C208619" w14:textId="77777777" w:rsidR="00AF1A8B" w:rsidRDefault="00000000">
      <w:pPr>
        <w:pStyle w:val="1"/>
      </w:pPr>
      <w:bookmarkStart w:id="0" w:name="_Toc243384219"/>
      <w:r>
        <w:lastRenderedPageBreak/>
        <w:t>문서 개요</w:t>
      </w:r>
      <w:bookmarkEnd w:id="0"/>
    </w:p>
    <w:p w14:paraId="26C53B62" w14:textId="77777777" w:rsidR="00AF1A8B" w:rsidRDefault="00000000">
      <w:pPr>
        <w:pStyle w:val="2"/>
      </w:pPr>
      <w:bookmarkStart w:id="1" w:name="_Toc243384220"/>
      <w:r>
        <w:t>작성 목적</w:t>
      </w:r>
      <w:bookmarkEnd w:id="1"/>
    </w:p>
    <w:p w14:paraId="7783F152" w14:textId="77777777" w:rsidR="00AF1A8B" w:rsidRDefault="00000000">
      <w:pPr>
        <w:spacing w:after="120"/>
      </w:pPr>
      <w:sdt>
        <w:sdtPr>
          <w:alias w:val="작성 목적 본문"/>
          <w:tag w:val="작성 목적 본문"/>
          <w:id w:val="1009"/>
          <w:text/>
        </w:sdtPr>
        <w:sdtContent>
          <w:r>
            <w:t>[문서의 결론과 독자가 확인할 사항을 먼저 적는다. 확정된 사실과 제안 및 미확정 사항을 구분한다.]</w:t>
          </w:r>
        </w:sdtContent>
      </w:sdt>
    </w:p>
    <w:p w14:paraId="1BCDC503" w14:textId="77777777" w:rsidR="00AF1A8B" w:rsidRDefault="00000000">
      <w:pPr>
        <w:pStyle w:val="3"/>
      </w:pPr>
      <w:bookmarkStart w:id="2" w:name="_Toc243384221"/>
      <w:r>
        <w:t>근거 확인</w:t>
      </w:r>
      <w:bookmarkEnd w:id="2"/>
    </w:p>
    <w:p w14:paraId="400BBF0F" w14:textId="77777777" w:rsidR="00AF1A8B" w:rsidRDefault="00000000">
      <w:r>
        <w:t>[근거 자료의 제목과 발행 주체 및 기준일을 입력]</w:t>
      </w:r>
    </w:p>
    <w:p w14:paraId="1DAD7A6B" w14:textId="77777777" w:rsidR="00AF1A8B" w:rsidRDefault="00000000">
      <w:pPr>
        <w:pStyle w:val="2"/>
      </w:pPr>
      <w:bookmarkStart w:id="3" w:name="_Toc243384222"/>
      <w:r>
        <w:t>적용 범위</w:t>
      </w:r>
      <w:bookmarkEnd w:id="3"/>
    </w:p>
    <w:p w14:paraId="233E17CA" w14:textId="77777777" w:rsidR="00AF1A8B" w:rsidRDefault="00000000">
      <w:pPr>
        <w:spacing w:after="120"/>
      </w:pPr>
      <w:sdt>
        <w:sdtPr>
          <w:alias w:val="적용 범위 본문"/>
          <w:tag w:val="적용 범위 본문"/>
          <w:id w:val="1010"/>
          <w:text/>
        </w:sdtPr>
        <w:sdtContent>
          <w:r>
            <w:t>[대상 업무와 산출물 및 제외 범위를 적는다. 기존 데이터와 연계 시스템의 보존 조건을 확인한다.]</w:t>
          </w:r>
        </w:sdtContent>
      </w:sdt>
    </w:p>
    <w:p w14:paraId="20236DB6" w14:textId="77777777" w:rsidR="00AF1A8B" w:rsidRDefault="00000000">
      <w:pPr>
        <w:pStyle w:val="DCSource"/>
      </w:pPr>
      <w:r>
        <w:t>본문은 Normal 스타일로 작성한다. 제목은 Heading 1부터 3까지 사용하며, 번호를 직접 입력하지 않는다.</w:t>
      </w:r>
    </w:p>
    <w:p w14:paraId="0A34A3FB" w14:textId="77777777" w:rsidR="00AF1A8B" w:rsidRDefault="00000000">
      <w:pPr>
        <w:spacing w:after="0"/>
      </w:pPr>
      <w:r>
        <w:br w:type="page"/>
      </w:r>
    </w:p>
    <w:p w14:paraId="208384E4" w14:textId="77777777" w:rsidR="00AF1A8B" w:rsidRDefault="00000000">
      <w:pPr>
        <w:pStyle w:val="1"/>
      </w:pPr>
      <w:bookmarkStart w:id="4" w:name="_Toc243384223"/>
      <w:r>
        <w:lastRenderedPageBreak/>
        <w:t>수행 계획</w:t>
      </w:r>
      <w:bookmarkEnd w:id="4"/>
    </w:p>
    <w:p w14:paraId="708DD4D9" w14:textId="77777777" w:rsidR="00AF1A8B" w:rsidRDefault="00000000">
      <w:pPr>
        <w:pStyle w:val="2"/>
      </w:pPr>
      <w:bookmarkStart w:id="5" w:name="_Toc243384224"/>
      <w:r>
        <w:t>절차와 검수</w:t>
      </w:r>
      <w:bookmarkEnd w:id="5"/>
    </w:p>
    <w:p w14:paraId="0C2B879D" w14:textId="77777777" w:rsidR="00AF1A8B" w:rsidRDefault="00000000">
      <w:r>
        <w:t>다음 표는 작성 예시이다. 작업별 완료 기준과 확인 자료를 정하고, 실제 일정과 담당자가 확정되면 교체한다.</w:t>
      </w:r>
    </w:p>
    <w:p w14:paraId="7CFE5265" w14:textId="77777777" w:rsidR="00AF1A8B" w:rsidRDefault="00000000">
      <w:pPr>
        <w:pStyle w:val="3"/>
      </w:pPr>
      <w:bookmarkStart w:id="6" w:name="_Toc243384225"/>
      <w:r>
        <w:t>확인 자료</w:t>
      </w:r>
      <w:bookmarkEnd w:id="6"/>
    </w:p>
    <w:p w14:paraId="43ABEE05" w14:textId="77777777" w:rsidR="00AF1A8B" w:rsidRDefault="00000000">
      <w:pPr>
        <w:pStyle w:val="af0"/>
        <w:keepNext/>
      </w:pPr>
      <w:r>
        <w:t xml:space="preserve">표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290F3E">
        <w:rPr>
          <w:noProof/>
        </w:rPr>
        <w:t>1</w:t>
      </w:r>
      <w:r>
        <w:fldChar w:fldCharType="end"/>
      </w:r>
      <w:r>
        <w:t xml:space="preserve">  작업과 확인 자료 작성 예시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644"/>
        <w:gridCol w:w="4932"/>
        <w:gridCol w:w="3061"/>
      </w:tblGrid>
      <w:tr w:rsidR="00AF1A8B" w14:paraId="768D7730" w14:textId="77777777">
        <w:trPr>
          <w:cantSplit/>
          <w:tblHeader/>
          <w:jc w:val="center"/>
        </w:trPr>
        <w:tc>
          <w:tcPr>
            <w:tcW w:w="1644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D6FCED" w14:textId="77777777" w:rsidR="00AF1A8B" w:rsidRDefault="00000000">
            <w:pPr>
              <w:pStyle w:val="DCTableHeader"/>
              <w:jc w:val="center"/>
            </w:pPr>
            <w:r>
              <w:rPr>
                <w:color w:val="FFFFFF"/>
              </w:rPr>
              <w:t>단계</w:t>
            </w:r>
          </w:p>
        </w:tc>
        <w:tc>
          <w:tcPr>
            <w:tcW w:w="4932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3B1D20A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확인 기준</w:t>
            </w:r>
          </w:p>
        </w:tc>
        <w:tc>
          <w:tcPr>
            <w:tcW w:w="3061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3771E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기록 자료</w:t>
            </w:r>
          </w:p>
        </w:tc>
      </w:tr>
      <w:tr w:rsidR="00AF1A8B" w14:paraId="7F60D94C" w14:textId="77777777">
        <w:trPr>
          <w:cantSplit/>
          <w:jc w:val="center"/>
        </w:trPr>
        <w:tc>
          <w:tcPr>
            <w:tcW w:w="164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225C9B" w14:textId="77777777" w:rsidR="00AF1A8B" w:rsidRDefault="00000000">
            <w:pPr>
              <w:pStyle w:val="DCTable"/>
              <w:jc w:val="center"/>
            </w:pPr>
            <w:r>
              <w:t>[단계명]</w:t>
            </w:r>
          </w:p>
        </w:tc>
        <w:tc>
          <w:tcPr>
            <w:tcW w:w="493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477D00" w14:textId="77777777" w:rsidR="00AF1A8B" w:rsidRDefault="00000000">
            <w:pPr>
              <w:pStyle w:val="DCTable"/>
            </w:pPr>
            <w:r>
              <w:t>[확인할 기준과 절차]</w:t>
            </w:r>
          </w:p>
        </w:tc>
        <w:tc>
          <w:tcPr>
            <w:tcW w:w="30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9348E8" w14:textId="77777777" w:rsidR="00AF1A8B" w:rsidRDefault="00000000">
            <w:pPr>
              <w:pStyle w:val="DCTable"/>
            </w:pPr>
            <w:r>
              <w:t>[기록 자료명]</w:t>
            </w:r>
          </w:p>
        </w:tc>
      </w:tr>
      <w:tr w:rsidR="00AF1A8B" w14:paraId="5BD69F90" w14:textId="77777777">
        <w:trPr>
          <w:cantSplit/>
          <w:jc w:val="center"/>
        </w:trPr>
        <w:tc>
          <w:tcPr>
            <w:tcW w:w="1644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7D43E7" w14:textId="77777777" w:rsidR="00AF1A8B" w:rsidRDefault="00000000">
            <w:pPr>
              <w:pStyle w:val="DCTable"/>
              <w:jc w:val="center"/>
            </w:pPr>
            <w:r>
              <w:t>[단계명]</w:t>
            </w:r>
          </w:p>
        </w:tc>
        <w:tc>
          <w:tcPr>
            <w:tcW w:w="493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A2C22A" w14:textId="77777777" w:rsidR="00AF1A8B" w:rsidRDefault="00000000">
            <w:pPr>
              <w:pStyle w:val="DCTable"/>
            </w:pPr>
            <w:r>
              <w:t>[확인할 기준과 절차]</w:t>
            </w:r>
          </w:p>
        </w:tc>
        <w:tc>
          <w:tcPr>
            <w:tcW w:w="3061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FFCFDF" w14:textId="77777777" w:rsidR="00AF1A8B" w:rsidRDefault="00000000">
            <w:pPr>
              <w:pStyle w:val="DCTable"/>
            </w:pPr>
            <w:r>
              <w:t>[기록 자료명]</w:t>
            </w:r>
          </w:p>
        </w:tc>
      </w:tr>
      <w:tr w:rsidR="00AF1A8B" w14:paraId="75E2BF3D" w14:textId="77777777">
        <w:trPr>
          <w:cantSplit/>
          <w:jc w:val="center"/>
        </w:trPr>
        <w:tc>
          <w:tcPr>
            <w:tcW w:w="164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B43353" w14:textId="77777777" w:rsidR="00AF1A8B" w:rsidRDefault="00000000">
            <w:pPr>
              <w:pStyle w:val="DCTable"/>
              <w:jc w:val="center"/>
            </w:pPr>
            <w:r>
              <w:t>[단계명]</w:t>
            </w:r>
          </w:p>
        </w:tc>
        <w:tc>
          <w:tcPr>
            <w:tcW w:w="493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21D317" w14:textId="77777777" w:rsidR="00AF1A8B" w:rsidRDefault="00000000">
            <w:pPr>
              <w:pStyle w:val="DCTable"/>
            </w:pPr>
            <w:r>
              <w:t>[확인할 기준과 절차]</w:t>
            </w:r>
          </w:p>
        </w:tc>
        <w:tc>
          <w:tcPr>
            <w:tcW w:w="3061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ABEE54" w14:textId="77777777" w:rsidR="00AF1A8B" w:rsidRDefault="00000000">
            <w:pPr>
              <w:pStyle w:val="DCTable"/>
            </w:pPr>
            <w:r>
              <w:t>[기록 자료명]</w:t>
            </w:r>
          </w:p>
        </w:tc>
      </w:tr>
      <w:tr w:rsidR="00AF1A8B" w14:paraId="2629D560" w14:textId="77777777">
        <w:trPr>
          <w:cantSplit/>
          <w:jc w:val="center"/>
        </w:trPr>
        <w:tc>
          <w:tcPr>
            <w:tcW w:w="1644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6CF863E" w14:textId="77777777" w:rsidR="00AF1A8B" w:rsidRDefault="00000000">
            <w:pPr>
              <w:pStyle w:val="DCTable"/>
              <w:jc w:val="center"/>
            </w:pPr>
            <w:r>
              <w:t>[단계명]</w:t>
            </w:r>
          </w:p>
        </w:tc>
        <w:tc>
          <w:tcPr>
            <w:tcW w:w="493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5DAE66" w14:textId="77777777" w:rsidR="00AF1A8B" w:rsidRDefault="00000000">
            <w:pPr>
              <w:pStyle w:val="DCTable"/>
            </w:pPr>
            <w:r>
              <w:t>[확인할 기준과 절차]</w:t>
            </w:r>
          </w:p>
        </w:tc>
        <w:tc>
          <w:tcPr>
            <w:tcW w:w="3061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F84988" w14:textId="77777777" w:rsidR="00AF1A8B" w:rsidRDefault="00000000">
            <w:pPr>
              <w:pStyle w:val="DCTable"/>
            </w:pPr>
            <w:r>
              <w:t>[기록 자료명]</w:t>
            </w:r>
          </w:p>
        </w:tc>
      </w:tr>
    </w:tbl>
    <w:p w14:paraId="2DEB9E17" w14:textId="77777777" w:rsidR="00AF1A8B" w:rsidRDefault="00000000">
      <w:pPr>
        <w:pStyle w:val="DCSource"/>
        <w:spacing w:before="240"/>
      </w:pPr>
      <w:r>
        <w:t>표 번호는 SEQ 필드이다. 행을 추가해도 머리행은 다음 쪽에 반복되며 각 행은 쪽 사이에서 나뉘지 않는다.</w:t>
      </w:r>
    </w:p>
    <w:p w14:paraId="431CA681" w14:textId="77777777" w:rsidR="00AF1A8B" w:rsidRDefault="00000000">
      <w:pPr>
        <w:spacing w:after="0"/>
      </w:pPr>
      <w:r>
        <w:br w:type="page"/>
      </w:r>
    </w:p>
    <w:p w14:paraId="3D2C8E03" w14:textId="77777777" w:rsidR="00AF1A8B" w:rsidRDefault="00000000">
      <w:pPr>
        <w:pStyle w:val="1"/>
      </w:pPr>
      <w:bookmarkStart w:id="7" w:name="_Toc243384226"/>
      <w:r>
        <w:lastRenderedPageBreak/>
        <w:t>화면과 자료</w:t>
      </w:r>
      <w:bookmarkEnd w:id="7"/>
    </w:p>
    <w:p w14:paraId="7150D92F" w14:textId="77777777" w:rsidR="00AF1A8B" w:rsidRDefault="00000000">
      <w:pPr>
        <w:pStyle w:val="2"/>
      </w:pPr>
      <w:bookmarkStart w:id="8" w:name="_Toc243384227"/>
      <w:r>
        <w:t>화면 배치</w:t>
      </w:r>
      <w:bookmarkEnd w:id="8"/>
    </w:p>
    <w:p w14:paraId="45A8E6F2" w14:textId="77777777" w:rsidR="00AF1A8B" w:rsidRDefault="00000000">
      <w:r>
        <w:t>아래 그림은 글과 이미지의 배치를 확인하기 위한 예시이다. 실제 구현 화면이나 성과를 뜻하지 않는다.</w:t>
      </w:r>
    </w:p>
    <w:p w14:paraId="7BB0A9F4" w14:textId="77777777" w:rsidR="00AF1A8B" w:rsidRDefault="00000000">
      <w:pPr>
        <w:keepNext/>
        <w:spacing w:after="0"/>
      </w:pPr>
      <w:r>
        <w:rPr>
          <w:noProof/>
        </w:rPr>
        <w:drawing>
          <wp:inline distT="0" distB="0" distL="0" distR="0" wp14:anchorId="35C8E7C2" wp14:editId="776FE0C1">
            <wp:extent cx="5940000" cy="1716000"/>
            <wp:effectExtent l="0" t="0" r="0" b="0"/>
            <wp:docPr id="2" name="Picture 2" descr="그림 또는 자료를 삽입할 빈 영역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또는 자료를 삽입할 빈 영역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7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74DFE4" w14:textId="77777777" w:rsidR="00AF1A8B" w:rsidRDefault="00000000">
      <w:pPr>
        <w:pStyle w:val="af0"/>
      </w:pPr>
      <w:r>
        <w:t xml:space="preserve">그림 </w:t>
      </w:r>
      <w:r>
        <w:fldChar w:fldCharType="begin"/>
      </w:r>
      <w:r>
        <w:instrText xml:space="preserve"> SEQ Figure \* ARABIC </w:instrText>
      </w:r>
      <w:r>
        <w:fldChar w:fldCharType="separate"/>
      </w:r>
      <w:r w:rsidR="00290F3E">
        <w:rPr>
          <w:noProof/>
        </w:rPr>
        <w:t>1</w:t>
      </w:r>
      <w:r>
        <w:fldChar w:fldCharType="end"/>
      </w:r>
      <w:r>
        <w:t xml:space="preserve">  자료 삽입 영역</w:t>
      </w:r>
    </w:p>
    <w:p w14:paraId="75BDF708" w14:textId="77777777" w:rsidR="00AF1A8B" w:rsidRDefault="00000000">
      <w:pPr>
        <w:pStyle w:val="DCSource"/>
      </w:pPr>
      <w:r>
        <w:t>자료 출처와 확인 상태를 그림 아래에 기록한다. 외부 이미지를 사용할 때는 출처와 이용 조건을 먼저 확인하고, 인용 문장과 자체 작성 문장을 구분한다.</w:t>
      </w:r>
    </w:p>
    <w:p w14:paraId="13BAD982" w14:textId="77777777" w:rsidR="00AF1A8B" w:rsidRDefault="00000000">
      <w:r>
        <w:t>이미지는 본문 너비 안에서 배치하고 원본의 가로세로 비율을 유지한다. 캡션은 Caption 스타일로 작성한다.</w:t>
      </w:r>
    </w:p>
    <w:p w14:paraId="0236FD6A" w14:textId="77777777" w:rsidR="00AF1A8B" w:rsidRDefault="00AF1A8B">
      <w:pPr>
        <w:sectPr w:rsidR="00AF1A8B">
          <w:headerReference w:type="default" r:id="rId10"/>
          <w:footerReference w:type="default" r:id="rId11"/>
          <w:footerReference w:type="first" r:id="rId12"/>
          <w:pgSz w:w="11906" w:h="16838"/>
          <w:pgMar w:top="850" w:right="1134" w:bottom="850" w:left="1134" w:header="567" w:footer="567" w:gutter="0"/>
          <w:cols w:space="720"/>
          <w:titlePg/>
          <w:docGrid w:linePitch="360"/>
        </w:sectPr>
      </w:pPr>
    </w:p>
    <w:p w14:paraId="12A46CEE" w14:textId="77777777" w:rsidR="00AF1A8B" w:rsidRDefault="00000000">
      <w:pPr>
        <w:pStyle w:val="1"/>
      </w:pPr>
      <w:bookmarkStart w:id="9" w:name="_Toc243384228"/>
      <w:r>
        <w:lastRenderedPageBreak/>
        <w:t>일정과 검수</w:t>
      </w:r>
      <w:bookmarkEnd w:id="9"/>
    </w:p>
    <w:p w14:paraId="48F39A63" w14:textId="77777777" w:rsidR="00AF1A8B" w:rsidRDefault="00000000">
      <w:pPr>
        <w:pStyle w:val="2"/>
      </w:pPr>
      <w:bookmarkStart w:id="10" w:name="_Toc243384229"/>
      <w:r>
        <w:t>세부 관리표</w:t>
      </w:r>
      <w:bookmarkEnd w:id="10"/>
    </w:p>
    <w:p w14:paraId="4476B416" w14:textId="77777777" w:rsidR="00AF1A8B" w:rsidRDefault="00000000">
      <w:pPr>
        <w:pStyle w:val="af0"/>
        <w:keepNext/>
      </w:pPr>
      <w:r>
        <w:t xml:space="preserve">표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290F3E">
        <w:rPr>
          <w:noProof/>
        </w:rPr>
        <w:t>2</w:t>
      </w:r>
      <w:r>
        <w:fldChar w:fldCharType="end"/>
      </w:r>
      <w:r>
        <w:t xml:space="preserve">  가로 방향 관리표 작성 예시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2098"/>
        <w:gridCol w:w="2098"/>
        <w:gridCol w:w="1928"/>
        <w:gridCol w:w="4082"/>
        <w:gridCol w:w="3515"/>
      </w:tblGrid>
      <w:tr w:rsidR="00AF1A8B" w14:paraId="038AED8C" w14:textId="77777777">
        <w:trPr>
          <w:cantSplit/>
          <w:tblHeader/>
          <w:jc w:val="center"/>
        </w:trPr>
        <w:tc>
          <w:tcPr>
            <w:tcW w:w="850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8E78DF4" w14:textId="77777777" w:rsidR="00AF1A8B" w:rsidRDefault="00000000">
            <w:pPr>
              <w:pStyle w:val="DCTableHeader"/>
              <w:jc w:val="center"/>
            </w:pPr>
            <w:r>
              <w:rPr>
                <w:color w:val="FFFFFF"/>
              </w:rPr>
              <w:t>번호</w:t>
            </w:r>
          </w:p>
        </w:tc>
        <w:tc>
          <w:tcPr>
            <w:tcW w:w="209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63D9AF1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작업</w:t>
            </w:r>
          </w:p>
        </w:tc>
        <w:tc>
          <w:tcPr>
            <w:tcW w:w="209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6DC61A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기간</w:t>
            </w:r>
          </w:p>
        </w:tc>
        <w:tc>
          <w:tcPr>
            <w:tcW w:w="192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558FEB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담당</w:t>
            </w:r>
          </w:p>
        </w:tc>
        <w:tc>
          <w:tcPr>
            <w:tcW w:w="4082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7ECDE4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완료 기준</w:t>
            </w:r>
          </w:p>
        </w:tc>
        <w:tc>
          <w:tcPr>
            <w:tcW w:w="3515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6AD5B0D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확인 자료</w:t>
            </w:r>
          </w:p>
        </w:tc>
      </w:tr>
      <w:tr w:rsidR="00AF1A8B" w14:paraId="34C7BDC4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C7D5F3" w14:textId="77777777" w:rsidR="00AF1A8B" w:rsidRDefault="00000000">
            <w:pPr>
              <w:pStyle w:val="DCTable"/>
              <w:jc w:val="center"/>
            </w:pPr>
            <w:r>
              <w:t>01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6786B3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A73614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D267D2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E5B2DD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0B9E62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4D21D8A8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C7C977" w14:textId="77777777" w:rsidR="00AF1A8B" w:rsidRDefault="00000000">
            <w:pPr>
              <w:pStyle w:val="DCTable"/>
              <w:jc w:val="center"/>
            </w:pPr>
            <w:r>
              <w:t>02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488BC17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A47A60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F77B4F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D4255A5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4DC93DF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3A711C55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6818E9B" w14:textId="77777777" w:rsidR="00AF1A8B" w:rsidRDefault="00000000">
            <w:pPr>
              <w:pStyle w:val="DCTable"/>
              <w:jc w:val="center"/>
            </w:pPr>
            <w:r>
              <w:t>03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48A786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4FAA01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39B889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69473F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DF0FE1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76085A2B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58AA72" w14:textId="77777777" w:rsidR="00AF1A8B" w:rsidRDefault="00000000">
            <w:pPr>
              <w:pStyle w:val="DCTable"/>
              <w:jc w:val="center"/>
            </w:pPr>
            <w:r>
              <w:t>04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8F886C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7142C5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11B477F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2BB5D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2AABA9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1F03992A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78137D" w14:textId="77777777" w:rsidR="00AF1A8B" w:rsidRDefault="00000000">
            <w:pPr>
              <w:pStyle w:val="DCTable"/>
              <w:jc w:val="center"/>
            </w:pPr>
            <w:r>
              <w:t>05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908397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9152840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B5E468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085CB8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D9F11D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14130180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179980" w14:textId="77777777" w:rsidR="00AF1A8B" w:rsidRDefault="00000000">
            <w:pPr>
              <w:pStyle w:val="DCTable"/>
              <w:jc w:val="center"/>
            </w:pPr>
            <w:r>
              <w:t>06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68BB02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DB3111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F61DE2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E55699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37E9D8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3EDAF7BF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2D52E8" w14:textId="77777777" w:rsidR="00AF1A8B" w:rsidRDefault="00000000">
            <w:pPr>
              <w:pStyle w:val="DCTable"/>
              <w:jc w:val="center"/>
            </w:pPr>
            <w:r>
              <w:t>07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DD26C18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899814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59C1C6B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FB16F3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AC5F91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3C21977C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15F2B75" w14:textId="77777777" w:rsidR="00AF1A8B" w:rsidRDefault="00000000">
            <w:pPr>
              <w:pStyle w:val="DCTable"/>
              <w:jc w:val="center"/>
            </w:pPr>
            <w:r>
              <w:t>08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B1315DF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3AFB47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C6C8F5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81823A3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1C0CBD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0CAFCFE6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BD4E4E" w14:textId="77777777" w:rsidR="00AF1A8B" w:rsidRDefault="00000000">
            <w:pPr>
              <w:pStyle w:val="DCTable"/>
              <w:jc w:val="center"/>
            </w:pPr>
            <w:r>
              <w:lastRenderedPageBreak/>
              <w:t>09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71F382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A978EBA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4B60DE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D002AE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003CBD7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45FB8A55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C76765" w14:textId="77777777" w:rsidR="00AF1A8B" w:rsidRDefault="00000000">
            <w:pPr>
              <w:pStyle w:val="DCTable"/>
              <w:jc w:val="center"/>
            </w:pPr>
            <w:r>
              <w:t>10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FD67A6A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22FD7D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637B1B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76745B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5A8DB7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18DC38D5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DF6CB73" w14:textId="77777777" w:rsidR="00AF1A8B" w:rsidRDefault="00000000">
            <w:pPr>
              <w:pStyle w:val="DCTable"/>
              <w:jc w:val="center"/>
            </w:pPr>
            <w:r>
              <w:t>11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E7DC2F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F6D602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7CE9E4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25772A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596DF6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7D285CBE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37CFB46" w14:textId="77777777" w:rsidR="00AF1A8B" w:rsidRDefault="00000000">
            <w:pPr>
              <w:pStyle w:val="DCTable"/>
              <w:jc w:val="center"/>
            </w:pPr>
            <w:r>
              <w:t>12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C09999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3D17560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90A1D8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9D9742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C0BD3C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4B84E030" w14:textId="77777777">
        <w:trPr>
          <w:cantSplit/>
          <w:jc w:val="center"/>
        </w:trPr>
        <w:tc>
          <w:tcPr>
            <w:tcW w:w="8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7ADCD7" w14:textId="77777777" w:rsidR="00AF1A8B" w:rsidRDefault="00000000">
            <w:pPr>
              <w:pStyle w:val="DCTable"/>
              <w:jc w:val="center"/>
            </w:pPr>
            <w:r>
              <w:t>13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76CDB1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BDD1DF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29384B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617ED2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4B1582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  <w:tr w:rsidR="00AF1A8B" w14:paraId="37665E41" w14:textId="77777777">
        <w:trPr>
          <w:cantSplit/>
          <w:jc w:val="center"/>
        </w:trPr>
        <w:tc>
          <w:tcPr>
            <w:tcW w:w="850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99619C" w14:textId="77777777" w:rsidR="00AF1A8B" w:rsidRDefault="00000000">
            <w:pPr>
              <w:pStyle w:val="DCTable"/>
              <w:jc w:val="center"/>
            </w:pPr>
            <w:r>
              <w:t>14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428525" w14:textId="77777777" w:rsidR="00AF1A8B" w:rsidRDefault="00000000">
            <w:pPr>
              <w:pStyle w:val="DCTable"/>
            </w:pPr>
            <w:r>
              <w:t>[작업명]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FAD6BA" w14:textId="77777777" w:rsidR="00AF1A8B" w:rsidRDefault="00000000">
            <w:pPr>
              <w:pStyle w:val="DCTable"/>
            </w:pPr>
            <w:r>
              <w:t>[기간]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0C61D5" w14:textId="77777777" w:rsidR="00AF1A8B" w:rsidRDefault="00000000">
            <w:pPr>
              <w:pStyle w:val="DCTable"/>
            </w:pPr>
            <w:r>
              <w:t>[담당 역할]</w:t>
            </w:r>
          </w:p>
        </w:tc>
        <w:tc>
          <w:tcPr>
            <w:tcW w:w="408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11EE0F" w14:textId="77777777" w:rsidR="00AF1A8B" w:rsidRDefault="00000000">
            <w:pPr>
              <w:pStyle w:val="DCTable"/>
            </w:pPr>
            <w:r>
              <w:t>[검수 기준과 확인 절차를 입력]</w:t>
            </w:r>
          </w:p>
        </w:tc>
        <w:tc>
          <w:tcPr>
            <w:tcW w:w="351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E6B2CF" w14:textId="77777777" w:rsidR="00AF1A8B" w:rsidRDefault="00000000">
            <w:pPr>
              <w:pStyle w:val="DCTable"/>
            </w:pPr>
            <w:r>
              <w:t>[결과서 또는 근거 자료명]</w:t>
            </w:r>
          </w:p>
        </w:tc>
      </w:tr>
    </w:tbl>
    <w:p w14:paraId="6D3AC026" w14:textId="77777777" w:rsidR="00AF1A8B" w:rsidRDefault="00000000">
      <w:pPr>
        <w:pStyle w:val="DCSource"/>
        <w:spacing w:before="160"/>
      </w:pPr>
      <w:r>
        <w:t>작성 예시이다. 기간과 담당 및 완료 기준은 아직 확정된 일정이나 참여 약속이 아니다.</w:t>
      </w:r>
    </w:p>
    <w:p w14:paraId="01EA5829" w14:textId="77777777" w:rsidR="00AF1A8B" w:rsidRDefault="00AF1A8B">
      <w:pPr>
        <w:sectPr w:rsidR="00AF1A8B">
          <w:headerReference w:type="default" r:id="rId13"/>
          <w:footerReference w:type="default" r:id="rId14"/>
          <w:pgSz w:w="16838" w:h="11906" w:orient="landscape"/>
          <w:pgMar w:top="850" w:right="1134" w:bottom="850" w:left="1134" w:header="567" w:footer="567" w:gutter="0"/>
          <w:cols w:space="720"/>
          <w:docGrid w:linePitch="360"/>
        </w:sectPr>
      </w:pPr>
    </w:p>
    <w:p w14:paraId="1644D505" w14:textId="77777777" w:rsidR="00AF1A8B" w:rsidRDefault="00000000">
      <w:pPr>
        <w:pStyle w:val="1"/>
        <w:numPr>
          <w:ilvl w:val="0"/>
          <w:numId w:val="0"/>
        </w:numPr>
      </w:pPr>
      <w:bookmarkStart w:id="11" w:name="_Toc243384230"/>
      <w:r>
        <w:lastRenderedPageBreak/>
        <w:t>부록 작성 기록</w:t>
      </w:r>
      <w:bookmarkEnd w:id="11"/>
    </w:p>
    <w:p w14:paraId="69ACD62A" w14:textId="77777777" w:rsidR="00AF1A8B" w:rsidRDefault="00000000">
      <w:r>
        <w:t>부록에는 확인 자료의 파일명과 기준일 및 본문에서 참조한 위치를 적는다. 서명이 필요한 공식 서식은 별도 원본을 사용한다.</w:t>
      </w:r>
    </w:p>
    <w:p w14:paraId="26A106B1" w14:textId="77777777" w:rsidR="00AF1A8B" w:rsidRDefault="00000000">
      <w:pPr>
        <w:pStyle w:val="af0"/>
        <w:keepNext/>
      </w:pPr>
      <w:r>
        <w:t xml:space="preserve">표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290F3E">
        <w:rPr>
          <w:noProof/>
        </w:rPr>
        <w:t>3</w:t>
      </w:r>
      <w:r>
        <w:fldChar w:fldCharType="end"/>
      </w:r>
      <w:r>
        <w:t xml:space="preserve">  근거 자료 목록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4252"/>
        <w:gridCol w:w="1984"/>
        <w:gridCol w:w="3402"/>
      </w:tblGrid>
      <w:tr w:rsidR="00AF1A8B" w14:paraId="791C6174" w14:textId="77777777">
        <w:trPr>
          <w:cantSplit/>
          <w:tblHeader/>
          <w:jc w:val="center"/>
        </w:trPr>
        <w:tc>
          <w:tcPr>
            <w:tcW w:w="4252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8A6A54" w14:textId="77777777" w:rsidR="00AF1A8B" w:rsidRDefault="00000000">
            <w:pPr>
              <w:pStyle w:val="DCTableHeader"/>
              <w:jc w:val="center"/>
            </w:pPr>
            <w:r>
              <w:rPr>
                <w:color w:val="FFFFFF"/>
              </w:rPr>
              <w:t>자료명</w:t>
            </w:r>
          </w:p>
        </w:tc>
        <w:tc>
          <w:tcPr>
            <w:tcW w:w="1984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1DCA90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기준일</w:t>
            </w:r>
          </w:p>
        </w:tc>
        <w:tc>
          <w:tcPr>
            <w:tcW w:w="3402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0F10367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확인 상태</w:t>
            </w:r>
          </w:p>
        </w:tc>
      </w:tr>
      <w:tr w:rsidR="00AF1A8B" w14:paraId="2E86E87C" w14:textId="77777777">
        <w:trPr>
          <w:cantSplit/>
          <w:jc w:val="center"/>
        </w:trPr>
        <w:tc>
          <w:tcPr>
            <w:tcW w:w="425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D39394" w14:textId="77777777" w:rsidR="00AF1A8B" w:rsidRDefault="00000000">
            <w:pPr>
              <w:pStyle w:val="DCTable"/>
              <w:jc w:val="center"/>
            </w:pPr>
            <w:r>
              <w:t>[근거 문서명]</w:t>
            </w:r>
          </w:p>
        </w:tc>
        <w:tc>
          <w:tcPr>
            <w:tcW w:w="1984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D178F1" w14:textId="77777777" w:rsidR="00AF1A8B" w:rsidRDefault="00000000">
            <w:pPr>
              <w:pStyle w:val="DCTable"/>
            </w:pPr>
            <w:r>
              <w:t>[연월일]</w:t>
            </w:r>
          </w:p>
        </w:tc>
        <w:tc>
          <w:tcPr>
            <w:tcW w:w="3402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219B023" w14:textId="77777777" w:rsidR="00AF1A8B" w:rsidRDefault="00000000">
            <w:pPr>
              <w:pStyle w:val="DCTable"/>
            </w:pPr>
            <w:r>
              <w:t>[확인 또는 미확인]</w:t>
            </w:r>
          </w:p>
        </w:tc>
      </w:tr>
      <w:tr w:rsidR="00AF1A8B" w14:paraId="434C5722" w14:textId="77777777">
        <w:trPr>
          <w:cantSplit/>
          <w:jc w:val="center"/>
        </w:trPr>
        <w:tc>
          <w:tcPr>
            <w:tcW w:w="425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91B89E" w14:textId="77777777" w:rsidR="00AF1A8B" w:rsidRDefault="00000000">
            <w:pPr>
              <w:pStyle w:val="DCTable"/>
              <w:jc w:val="center"/>
            </w:pPr>
            <w:r>
              <w:t>[첨부 파일명]</w:t>
            </w:r>
          </w:p>
        </w:tc>
        <w:tc>
          <w:tcPr>
            <w:tcW w:w="1984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964282A" w14:textId="77777777" w:rsidR="00AF1A8B" w:rsidRDefault="00000000">
            <w:pPr>
              <w:pStyle w:val="DCTable"/>
            </w:pPr>
            <w:r>
              <w:t>[연월일]</w:t>
            </w:r>
          </w:p>
        </w:tc>
        <w:tc>
          <w:tcPr>
            <w:tcW w:w="3402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65B7E2" w14:textId="77777777" w:rsidR="00AF1A8B" w:rsidRDefault="00000000">
            <w:pPr>
              <w:pStyle w:val="DCTable"/>
            </w:pPr>
            <w:r>
              <w:t>[본문 참조 위치]</w:t>
            </w:r>
          </w:p>
        </w:tc>
      </w:tr>
    </w:tbl>
    <w:p w14:paraId="62B77AC2" w14:textId="77777777" w:rsidR="00AF1A8B" w:rsidRDefault="00000000">
      <w:pPr>
        <w:pStyle w:val="DCAppendix"/>
        <w:spacing w:before="360"/>
      </w:pPr>
      <w:r>
        <w:t>변경 이력</w:t>
      </w:r>
    </w:p>
    <w:tbl>
      <w:tblPr>
        <w:tblW w:w="0" w:type="auto"/>
        <w:jc w:val="center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928"/>
        <w:gridCol w:w="4365"/>
        <w:gridCol w:w="2098"/>
      </w:tblGrid>
      <w:tr w:rsidR="00AF1A8B" w14:paraId="63035C62" w14:textId="77777777">
        <w:trPr>
          <w:cantSplit/>
          <w:tblHeader/>
          <w:jc w:val="center"/>
        </w:trPr>
        <w:tc>
          <w:tcPr>
            <w:tcW w:w="1247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ED424A" w14:textId="77777777" w:rsidR="00AF1A8B" w:rsidRDefault="00000000">
            <w:pPr>
              <w:pStyle w:val="DCTableHeader"/>
              <w:jc w:val="center"/>
            </w:pPr>
            <w:r>
              <w:rPr>
                <w:color w:val="FFFFFF"/>
              </w:rPr>
              <w:t>버전</w:t>
            </w:r>
          </w:p>
        </w:tc>
        <w:tc>
          <w:tcPr>
            <w:tcW w:w="192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14D43F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일자</w:t>
            </w:r>
          </w:p>
        </w:tc>
        <w:tc>
          <w:tcPr>
            <w:tcW w:w="4365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1F33AE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변경 내용</w:t>
            </w:r>
          </w:p>
        </w:tc>
        <w:tc>
          <w:tcPr>
            <w:tcW w:w="2098" w:type="dxa"/>
            <w:shd w:val="clear" w:color="auto" w:fill="00000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0E55EF" w14:textId="77777777" w:rsidR="00AF1A8B" w:rsidRDefault="00000000">
            <w:pPr>
              <w:pStyle w:val="DCTableHeader"/>
            </w:pPr>
            <w:r>
              <w:rPr>
                <w:color w:val="FFFFFF"/>
              </w:rPr>
              <w:t>검토자</w:t>
            </w:r>
          </w:p>
        </w:tc>
      </w:tr>
      <w:tr w:rsidR="00AF1A8B" w14:paraId="45B22F6C" w14:textId="77777777">
        <w:trPr>
          <w:cantSplit/>
          <w:jc w:val="center"/>
        </w:trPr>
        <w:tc>
          <w:tcPr>
            <w:tcW w:w="1247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2FBFC0A" w14:textId="77777777" w:rsidR="00AF1A8B" w:rsidRDefault="00000000">
            <w:pPr>
              <w:pStyle w:val="DCTable"/>
              <w:jc w:val="center"/>
            </w:pPr>
            <w:r>
              <w:t>1.0</w:t>
            </w:r>
          </w:p>
        </w:tc>
        <w:tc>
          <w:tcPr>
            <w:tcW w:w="192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800B657" w14:textId="77777777" w:rsidR="00AF1A8B" w:rsidRDefault="00000000">
            <w:pPr>
              <w:pStyle w:val="DCTable"/>
            </w:pPr>
            <w:r>
              <w:t>2026.10.20</w:t>
            </w:r>
          </w:p>
        </w:tc>
        <w:tc>
          <w:tcPr>
            <w:tcW w:w="4365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E6015F9" w14:textId="77777777" w:rsidR="00AF1A8B" w:rsidRDefault="00000000">
            <w:pPr>
              <w:pStyle w:val="DCTable"/>
            </w:pPr>
            <w:r>
              <w:t>재사용 양식 최초 작성</w:t>
            </w:r>
          </w:p>
        </w:tc>
        <w:tc>
          <w:tcPr>
            <w:tcW w:w="2098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737E0A7" w14:textId="77777777" w:rsidR="00AF1A8B" w:rsidRDefault="00000000">
            <w:pPr>
              <w:pStyle w:val="DCTable"/>
            </w:pPr>
            <w:r>
              <w:t>[검토자]</w:t>
            </w:r>
          </w:p>
        </w:tc>
      </w:tr>
      <w:tr w:rsidR="00AF1A8B" w14:paraId="2A098EB0" w14:textId="77777777">
        <w:trPr>
          <w:cantSplit/>
          <w:jc w:val="center"/>
        </w:trPr>
        <w:tc>
          <w:tcPr>
            <w:tcW w:w="1247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D22A62" w14:textId="77777777" w:rsidR="00AF1A8B" w:rsidRDefault="00000000">
            <w:pPr>
              <w:pStyle w:val="DCTable"/>
              <w:jc w:val="center"/>
            </w:pPr>
            <w:r>
              <w:t>[버전]</w:t>
            </w:r>
          </w:p>
        </w:tc>
        <w:tc>
          <w:tcPr>
            <w:tcW w:w="192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CB0DDE0" w14:textId="77777777" w:rsidR="00AF1A8B" w:rsidRDefault="00000000">
            <w:pPr>
              <w:pStyle w:val="DCTable"/>
            </w:pPr>
            <w:r>
              <w:t>[연월일]</w:t>
            </w:r>
          </w:p>
        </w:tc>
        <w:tc>
          <w:tcPr>
            <w:tcW w:w="4365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83C9FE9" w14:textId="77777777" w:rsidR="00AF1A8B" w:rsidRDefault="00000000">
            <w:pPr>
              <w:pStyle w:val="DCTable"/>
            </w:pPr>
            <w:r>
              <w:t>[변경한 항목과 이유]</w:t>
            </w:r>
          </w:p>
        </w:tc>
        <w:tc>
          <w:tcPr>
            <w:tcW w:w="2098" w:type="dxa"/>
            <w:shd w:val="clear" w:color="auto" w:fill="F3F6F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8CF76B3" w14:textId="77777777" w:rsidR="00AF1A8B" w:rsidRDefault="00000000">
            <w:pPr>
              <w:pStyle w:val="DCTable"/>
            </w:pPr>
            <w:r>
              <w:t>[검토자]</w:t>
            </w:r>
          </w:p>
        </w:tc>
      </w:tr>
    </w:tbl>
    <w:p w14:paraId="4BB3D1B9" w14:textId="77777777" w:rsidR="0066645B" w:rsidRDefault="0066645B"/>
    <w:sectPr w:rsidR="0066645B" w:rsidSect="00034616">
      <w:headerReference w:type="default" r:id="rId15"/>
      <w:footerReference w:type="default" r:id="rId16"/>
      <w:pgSz w:w="11906" w:h="16838"/>
      <w:pgMar w:top="850" w:right="1134" w:bottom="850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FA6515C" w14:textId="77777777" w:rsidR="0066645B" w:rsidRDefault="0066645B">
      <w:pPr>
        <w:spacing w:after="0" w:line="240" w:lineRule="auto"/>
      </w:pPr>
      <w:r>
        <w:separator/>
      </w:r>
    </w:p>
  </w:endnote>
  <w:endnote w:type="continuationSeparator" w:id="0">
    <w:p w14:paraId="61B6573F" w14:textId="77777777" w:rsidR="0066645B" w:rsidRDefault="00666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Pretendard Variable">
    <w:panose1 w:val="02000003000000020004"/>
    <w:charset w:val="81"/>
    <w:family w:val="auto"/>
    <w:pitch w:val="variable"/>
    <w:sig w:usb0="E10002FF" w:usb1="1BD7E5FF" w:usb2="04000011" w:usb3="00000000" w:csb0="0028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B48AEFE" w14:textId="77777777" w:rsidR="00AF1A8B" w:rsidRDefault="00000000">
    <w:pPr>
      <w:pStyle w:val="DCFooter"/>
      <w:tabs>
        <w:tab w:val="right" w:pos="9638"/>
      </w:tabs>
    </w:pPr>
    <w:r>
      <w:t>Dante Company  ·  양식 1.0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E5B8CE" w14:textId="77777777" w:rsidR="00AF1A8B" w:rsidRDefault="00000000">
    <w:pPr>
      <w:pStyle w:val="DCFooter"/>
      <w:tabs>
        <w:tab w:val="right" w:pos="9638"/>
      </w:tabs>
    </w:pPr>
    <w:r>
      <w:t>Dante Company  ·  양식 1.0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E75A27" w14:textId="77777777" w:rsidR="00AF1A8B" w:rsidRDefault="00000000">
    <w:pPr>
      <w:pStyle w:val="DCFooter"/>
      <w:tabs>
        <w:tab w:val="right" w:pos="14570"/>
      </w:tabs>
    </w:pPr>
    <w:r>
      <w:t>Dante Company  ·  양식 1.0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0970C" w14:textId="77777777" w:rsidR="00AF1A8B" w:rsidRDefault="00000000">
    <w:pPr>
      <w:pStyle w:val="DCFooter"/>
      <w:tabs>
        <w:tab w:val="right" w:pos="9638"/>
      </w:tabs>
    </w:pPr>
    <w:r>
      <w:t>Dante Company  ·  양식 1.0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8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937107" w14:textId="77777777" w:rsidR="0066645B" w:rsidRDefault="0066645B">
      <w:pPr>
        <w:spacing w:after="0" w:line="240" w:lineRule="auto"/>
      </w:pPr>
      <w:r>
        <w:separator/>
      </w:r>
    </w:p>
  </w:footnote>
  <w:footnote w:type="continuationSeparator" w:id="0">
    <w:p w14:paraId="01DEAF64" w14:textId="77777777" w:rsidR="0066645B" w:rsidRDefault="00666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A88FBD" w14:textId="77777777" w:rsidR="00AF1A8B" w:rsidRDefault="00000000">
    <w:pPr>
      <w:pStyle w:val="DCHeader"/>
      <w:tabs>
        <w:tab w:val="right" w:pos="9638"/>
      </w:tabs>
    </w:pPr>
    <w:r>
      <w:t>DANTE COMPANY</w:t>
    </w:r>
    <w:r>
      <w:tab/>
      <w:t>문서 편집 양식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654DCD" w14:textId="77777777" w:rsidR="00AF1A8B" w:rsidRDefault="00000000">
    <w:pPr>
      <w:pStyle w:val="DCHeader"/>
      <w:tabs>
        <w:tab w:val="right" w:pos="14570"/>
      </w:tabs>
    </w:pPr>
    <w:r>
      <w:t>DANTE COMPANY</w:t>
    </w:r>
    <w:r>
      <w:tab/>
      <w:t>문서 편집 양식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5660B3" w14:textId="77777777" w:rsidR="00AF1A8B" w:rsidRDefault="00000000">
    <w:pPr>
      <w:pStyle w:val="DCHeader"/>
      <w:tabs>
        <w:tab w:val="right" w:pos="9638"/>
      </w:tabs>
    </w:pPr>
    <w:r>
      <w:t>DANTE COMPANY</w:t>
    </w:r>
    <w:r>
      <w:tab/>
      <w:t>문서 편집 양식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9155EB2"/>
    <w:multiLevelType w:val="multilevel"/>
    <w:tmpl w:val="37BE015E"/>
    <w:lvl w:ilvl="0">
      <w:start w:val="1"/>
      <w:numFmt w:val="decimal"/>
      <w:pStyle w:val="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3"/>
      <w:suff w:val="space"/>
      <w:lvlText w:val="%1.%2.%3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0056638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0F3E"/>
    <w:rsid w:val="0029639D"/>
    <w:rsid w:val="00326F90"/>
    <w:rsid w:val="0052461F"/>
    <w:rsid w:val="0066645B"/>
    <w:rsid w:val="00AA1D8D"/>
    <w:rsid w:val="00AF1A8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0786774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93F"/>
    <w:pPr>
      <w:spacing w:after="140" w:line="384" w:lineRule="auto"/>
    </w:pPr>
    <w:rPr>
      <w:rFonts w:ascii="Pretendard Variable" w:eastAsia="Pretendard Variable" w:hAnsi="Pretendard Variable" w:cs="Pretendard Variable"/>
      <w:color w:val="000000"/>
      <w:sz w:val="24"/>
      <w:lang w:val="ko-KR" w:eastAsia="ko-KR"/>
    </w:rPr>
  </w:style>
  <w:style w:type="paragraph" w:styleId="1">
    <w:name w:val="heading 1"/>
    <w:basedOn w:val="a"/>
    <w:next w:val="a"/>
    <w:link w:val="1Char"/>
    <w:uiPriority w:val="9"/>
    <w:qFormat/>
    <w:rsid w:val="00FC693F"/>
    <w:pPr>
      <w:keepNext/>
      <w:keepLines/>
      <w:numPr>
        <w:numId w:val="1"/>
      </w:numPr>
      <w:spacing w:before="360" w:after="240" w:line="300" w:lineRule="auto"/>
      <w:outlineLvl w:val="0"/>
    </w:pPr>
    <w:rPr>
      <w:b/>
      <w:bCs/>
      <w:sz w:val="44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FC693F"/>
    <w:pPr>
      <w:keepNext/>
      <w:keepLines/>
      <w:numPr>
        <w:ilvl w:val="1"/>
        <w:numId w:val="1"/>
      </w:numPr>
      <w:spacing w:before="300" w:after="160" w:line="300" w:lineRule="auto"/>
      <w:outlineLvl w:val="1"/>
    </w:pPr>
    <w:rPr>
      <w:b/>
      <w:bCs/>
      <w:sz w:val="34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FC693F"/>
    <w:pPr>
      <w:keepNext/>
      <w:keepLines/>
      <w:numPr>
        <w:ilvl w:val="2"/>
        <w:numId w:val="1"/>
      </w:numPr>
      <w:spacing w:before="240" w:after="120" w:line="300" w:lineRule="auto"/>
      <w:outlineLvl w:val="2"/>
    </w:pPr>
    <w:rPr>
      <w:b/>
      <w:bCs/>
      <w:sz w:val="30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3"/>
    <w:uiPriority w:val="99"/>
    <w:rsid w:val="00E618BF"/>
  </w:style>
  <w:style w:type="paragraph" w:styleId="a4">
    <w:name w:val="footer"/>
    <w:basedOn w:val="a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4"/>
    <w:uiPriority w:val="99"/>
    <w:rsid w:val="00E618BF"/>
  </w:style>
  <w:style w:type="paragraph" w:styleId="a5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0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0"/>
    <w:link w:val="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0"/>
    <w:link w:val="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Title"/>
    <w:basedOn w:val="a"/>
    <w:next w:val="a"/>
    <w:link w:val="Char1"/>
    <w:uiPriority w:val="10"/>
    <w:qFormat/>
    <w:rsid w:val="00FC693F"/>
    <w:pPr>
      <w:spacing w:after="400" w:line="300" w:lineRule="auto"/>
      <w:contextualSpacing/>
    </w:pPr>
    <w:rPr>
      <w:b/>
      <w:spacing w:val="5"/>
      <w:kern w:val="28"/>
      <w:sz w:val="60"/>
      <w:szCs w:val="52"/>
    </w:rPr>
  </w:style>
  <w:style w:type="character" w:customStyle="1" w:styleId="Char1">
    <w:name w:val="제목 Char"/>
    <w:basedOn w:val="a0"/>
    <w:link w:val="a6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Char2">
    <w:name w:val="부제 Char"/>
    <w:basedOn w:val="a0"/>
    <w:link w:val="a7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List Paragraph"/>
    <w:basedOn w:val="a"/>
    <w:uiPriority w:val="34"/>
    <w:qFormat/>
    <w:rsid w:val="00FC693F"/>
    <w:pPr>
      <w:ind w:left="720"/>
      <w:contextualSpacing/>
    </w:pPr>
  </w:style>
  <w:style w:type="paragraph" w:styleId="a9">
    <w:name w:val="Body Text"/>
    <w:basedOn w:val="a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0"/>
    <w:link w:val="a9"/>
    <w:uiPriority w:val="99"/>
    <w:rsid w:val="00AA1D8D"/>
  </w:style>
  <w:style w:type="paragraph" w:styleId="20">
    <w:name w:val="Body Text 2"/>
    <w:basedOn w:val="a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0"/>
    <w:link w:val="20"/>
    <w:uiPriority w:val="99"/>
    <w:rsid w:val="00AA1D8D"/>
  </w:style>
  <w:style w:type="paragraph" w:styleId="30">
    <w:name w:val="Body Text 3"/>
    <w:basedOn w:val="a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0"/>
    <w:link w:val="30"/>
    <w:uiPriority w:val="99"/>
    <w:rsid w:val="00AA1D8D"/>
    <w:rPr>
      <w:sz w:val="16"/>
      <w:szCs w:val="16"/>
    </w:rPr>
  </w:style>
  <w:style w:type="paragraph" w:styleId="aa">
    <w:name w:val="List"/>
    <w:basedOn w:val="a"/>
    <w:uiPriority w:val="99"/>
    <w:unhideWhenUsed/>
    <w:rsid w:val="00AA1D8D"/>
    <w:pPr>
      <w:ind w:left="360" w:hanging="360"/>
      <w:contextualSpacing/>
    </w:pPr>
  </w:style>
  <w:style w:type="paragraph" w:styleId="21">
    <w:name w:val="List 2"/>
    <w:basedOn w:val="a"/>
    <w:uiPriority w:val="99"/>
    <w:unhideWhenUsed/>
    <w:rsid w:val="00326F90"/>
    <w:pPr>
      <w:ind w:left="720" w:hanging="360"/>
      <w:contextualSpacing/>
    </w:pPr>
  </w:style>
  <w:style w:type="paragraph" w:styleId="31">
    <w:name w:val="List 3"/>
    <w:basedOn w:val="a"/>
    <w:uiPriority w:val="99"/>
    <w:unhideWhenUsed/>
    <w:rsid w:val="00326F90"/>
    <w:pPr>
      <w:ind w:left="1080" w:hanging="360"/>
      <w:contextualSpacing/>
    </w:pPr>
  </w:style>
  <w:style w:type="paragraph" w:styleId="ab">
    <w:name w:val="List Bullet"/>
    <w:basedOn w:val="a"/>
    <w:uiPriority w:val="99"/>
    <w:unhideWhenUsed/>
    <w:rsid w:val="00326F90"/>
    <w:pPr>
      <w:contextualSpacing/>
    </w:pPr>
  </w:style>
  <w:style w:type="paragraph" w:styleId="22">
    <w:name w:val="List Bullet 2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32">
    <w:name w:val="List Bullet 3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ac">
    <w:name w:val="List Number"/>
    <w:basedOn w:val="a"/>
    <w:uiPriority w:val="99"/>
    <w:unhideWhenUsed/>
    <w:rsid w:val="00326F90"/>
    <w:pPr>
      <w:tabs>
        <w:tab w:val="num" w:pos="360"/>
      </w:tabs>
      <w:contextualSpacing/>
    </w:pPr>
  </w:style>
  <w:style w:type="paragraph" w:styleId="23">
    <w:name w:val="List Number 2"/>
    <w:basedOn w:val="a"/>
    <w:uiPriority w:val="99"/>
    <w:unhideWhenUsed/>
    <w:rsid w:val="0029639D"/>
    <w:pPr>
      <w:tabs>
        <w:tab w:val="num" w:pos="360"/>
      </w:tabs>
      <w:contextualSpacing/>
    </w:pPr>
  </w:style>
  <w:style w:type="paragraph" w:styleId="33">
    <w:name w:val="List Number 3"/>
    <w:basedOn w:val="a"/>
    <w:uiPriority w:val="99"/>
    <w:unhideWhenUsed/>
    <w:rsid w:val="0029639D"/>
    <w:pPr>
      <w:tabs>
        <w:tab w:val="num" w:pos="360"/>
      </w:tabs>
      <w:contextualSpacing/>
    </w:pPr>
  </w:style>
  <w:style w:type="paragraph" w:styleId="ad">
    <w:name w:val="List Continue"/>
    <w:basedOn w:val="a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0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"/>
    <w:next w:val="a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0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0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0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0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0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0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0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"/>
    <w:next w:val="a"/>
    <w:uiPriority w:val="35"/>
    <w:semiHidden/>
    <w:unhideWhenUsed/>
    <w:qFormat/>
    <w:rsid w:val="00FC693F"/>
    <w:pPr>
      <w:spacing w:before="120" w:after="160" w:line="324" w:lineRule="auto"/>
    </w:pPr>
    <w:rPr>
      <w:bCs/>
      <w:szCs w:val="18"/>
    </w:rPr>
  </w:style>
  <w:style w:type="character" w:styleId="af1">
    <w:name w:val="Strong"/>
    <w:basedOn w:val="a0"/>
    <w:uiPriority w:val="22"/>
    <w:qFormat/>
    <w:rsid w:val="00FC693F"/>
    <w:rPr>
      <w:b/>
      <w:bCs/>
    </w:rPr>
  </w:style>
  <w:style w:type="character" w:styleId="af2">
    <w:name w:val="Emphasis"/>
    <w:basedOn w:val="a0"/>
    <w:uiPriority w:val="20"/>
    <w:qFormat/>
    <w:rsid w:val="00FC693F"/>
    <w:rPr>
      <w:i/>
      <w:iCs/>
    </w:rPr>
  </w:style>
  <w:style w:type="paragraph" w:styleId="af3">
    <w:name w:val="Intense Quote"/>
    <w:basedOn w:val="a"/>
    <w:next w:val="a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0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0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0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0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0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0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a"/>
    <w:next w:val="a"/>
    <w:uiPriority w:val="39"/>
    <w:semiHidden/>
    <w:unhideWhenUsed/>
    <w:qFormat/>
    <w:rsid w:val="00FC693F"/>
    <w:pPr>
      <w:spacing w:before="120" w:after="160" w:line="324" w:lineRule="auto"/>
    </w:pPr>
    <w:rPr>
      <w:b/>
      <w:sz w:val="44"/>
    </w:rPr>
  </w:style>
  <w:style w:type="table" w:styleId="af9">
    <w:name w:val="Table Grid"/>
    <w:basedOn w:val="a1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1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1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1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1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1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1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1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1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1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1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1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1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1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1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1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1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1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1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1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1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CBrand">
    <w:name w:val="DC Brand"/>
    <w:basedOn w:val="a"/>
    <w:pPr>
      <w:spacing w:after="120" w:line="336" w:lineRule="auto"/>
    </w:pPr>
    <w:rPr>
      <w:b/>
      <w:sz w:val="26"/>
    </w:rPr>
  </w:style>
  <w:style w:type="paragraph" w:customStyle="1" w:styleId="DCKicker">
    <w:name w:val="DC Kicker"/>
    <w:basedOn w:val="a"/>
    <w:pPr>
      <w:spacing w:after="120" w:line="336" w:lineRule="auto"/>
    </w:pPr>
    <w:rPr>
      <w:b/>
    </w:rPr>
  </w:style>
  <w:style w:type="paragraph" w:customStyle="1" w:styleId="DCMetadata">
    <w:name w:val="DC Metadata"/>
    <w:basedOn w:val="a"/>
    <w:pPr>
      <w:spacing w:after="120" w:line="336" w:lineRule="auto"/>
    </w:pPr>
    <w:rPr>
      <w:color w:val="606873"/>
    </w:rPr>
  </w:style>
  <w:style w:type="paragraph" w:customStyle="1" w:styleId="DCHeader">
    <w:name w:val="DC Header"/>
    <w:basedOn w:val="a"/>
    <w:pPr>
      <w:spacing w:after="120" w:line="336" w:lineRule="auto"/>
    </w:pPr>
    <w:rPr>
      <w:sz w:val="20"/>
    </w:rPr>
  </w:style>
  <w:style w:type="paragraph" w:customStyle="1" w:styleId="DCFooter">
    <w:name w:val="DC Footer"/>
    <w:basedOn w:val="a"/>
    <w:pPr>
      <w:spacing w:after="120" w:line="336" w:lineRule="auto"/>
    </w:pPr>
    <w:rPr>
      <w:color w:val="606873"/>
      <w:sz w:val="20"/>
    </w:rPr>
  </w:style>
  <w:style w:type="paragraph" w:customStyle="1" w:styleId="DCTable">
    <w:name w:val="DC Table"/>
    <w:basedOn w:val="a"/>
    <w:pPr>
      <w:spacing w:after="0" w:line="336" w:lineRule="auto"/>
    </w:pPr>
    <w:rPr>
      <w:sz w:val="23"/>
    </w:rPr>
  </w:style>
  <w:style w:type="paragraph" w:customStyle="1" w:styleId="DCTableHeader">
    <w:name w:val="DC Table Header"/>
    <w:basedOn w:val="a"/>
    <w:pPr>
      <w:spacing w:after="0" w:line="336" w:lineRule="auto"/>
    </w:pPr>
    <w:rPr>
      <w:b/>
      <w:sz w:val="23"/>
    </w:rPr>
  </w:style>
  <w:style w:type="paragraph" w:customStyle="1" w:styleId="DCSource">
    <w:name w:val="DC Source"/>
    <w:basedOn w:val="a"/>
    <w:pPr>
      <w:spacing w:after="120" w:line="336" w:lineRule="auto"/>
    </w:pPr>
    <w:rPr>
      <w:color w:val="606873"/>
    </w:rPr>
  </w:style>
  <w:style w:type="paragraph" w:customStyle="1" w:styleId="DCAppendix">
    <w:name w:val="DC Appendix"/>
    <w:basedOn w:val="a"/>
    <w:pPr>
      <w:spacing w:after="120" w:line="336" w:lineRule="auto"/>
    </w:pPr>
    <w:rPr>
      <w:b/>
      <w:sz w:val="38"/>
    </w:rPr>
  </w:style>
  <w:style w:type="paragraph" w:customStyle="1" w:styleId="DCChangeLog">
    <w:name w:val="DC Change Log"/>
    <w:basedOn w:val="a"/>
    <w:pPr>
      <w:spacing w:after="0" w:line="336" w:lineRule="auto"/>
    </w:pPr>
    <w:rPr>
      <w:sz w:val="23"/>
    </w:rPr>
  </w:style>
  <w:style w:type="paragraph" w:customStyle="1" w:styleId="110">
    <w:name w:val="목차 11"/>
    <w:basedOn w:val="a"/>
    <w:pPr>
      <w:tabs>
        <w:tab w:val="right" w:leader="dot" w:pos="9524"/>
      </w:tabs>
      <w:spacing w:after="40"/>
    </w:pPr>
  </w:style>
  <w:style w:type="paragraph" w:customStyle="1" w:styleId="210">
    <w:name w:val="목차 21"/>
    <w:basedOn w:val="a"/>
    <w:pPr>
      <w:tabs>
        <w:tab w:val="right" w:leader="dot" w:pos="9524"/>
      </w:tabs>
      <w:spacing w:after="40"/>
      <w:ind w:left="283"/>
    </w:pPr>
  </w:style>
  <w:style w:type="paragraph" w:customStyle="1" w:styleId="310">
    <w:name w:val="목차 31"/>
    <w:basedOn w:val="a"/>
    <w:pPr>
      <w:tabs>
        <w:tab w:val="right" w:leader="dot" w:pos="9524"/>
      </w:tabs>
      <w:spacing w:after="40"/>
      <w:ind w:left="567"/>
    </w:pPr>
  </w:style>
  <w:style w:type="paragraph" w:styleId="13">
    <w:name w:val="toc 1"/>
    <w:basedOn w:val="a"/>
    <w:next w:val="a"/>
    <w:autoRedefine/>
    <w:uiPriority w:val="39"/>
    <w:unhideWhenUsed/>
    <w:rsid w:val="00290F3E"/>
  </w:style>
  <w:style w:type="paragraph" w:styleId="28">
    <w:name w:val="toc 2"/>
    <w:basedOn w:val="a"/>
    <w:next w:val="a"/>
    <w:autoRedefine/>
    <w:uiPriority w:val="39"/>
    <w:unhideWhenUsed/>
    <w:rsid w:val="00290F3E"/>
    <w:pPr>
      <w:ind w:leftChars="200" w:left="425"/>
    </w:pPr>
  </w:style>
  <w:style w:type="paragraph" w:styleId="36">
    <w:name w:val="toc 3"/>
    <w:basedOn w:val="a"/>
    <w:next w:val="a"/>
    <w:autoRedefine/>
    <w:uiPriority w:val="39"/>
    <w:unhideWhenUsed/>
    <w:rsid w:val="00290F3E"/>
    <w:pPr>
      <w:ind w:leftChars="400" w:left="850"/>
    </w:pPr>
  </w:style>
  <w:style w:type="character" w:styleId="aff1">
    <w:name w:val="Hyperlink"/>
    <w:basedOn w:val="a0"/>
    <w:uiPriority w:val="99"/>
    <w:unhideWhenUsed/>
    <w:rsid w:val="00290F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8</Pages>
  <Words>667</Words>
  <Characters>1786</Characters>
  <Application>Microsoft Office Word</Application>
  <DocSecurity>0</DocSecurity>
  <Lines>194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문서 편집 양식</dc:title>
  <dc:subject>재사용 가능한 Word 문서 양식</dc:subject>
  <dc:creator/>
  <cp:keywords/>
  <dc:description/>
  <cp:lastModifiedBy/>
  <cp:revision>1</cp:revision>
  <dcterms:created xsi:type="dcterms:W3CDTF">2026-10-20T00:00:00Z</dcterms:created>
  <dcterms:modified xsi:type="dcterms:W3CDTF">2026-10-20T01:23:00Z</dcterms:modified>
  <cp:category/>
  <dc:identifier/>
</cp:coreProperties>
</file>